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и статью 15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статью 10 Федерального закона от 3 августа 2018 года №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5076; 2019, № 31, ст. 4415) следующие изменения</w:t>
      </w:r>
    </w:p>
    <w:p>
      <w:r>
        <w:t>пункт 8 части 4 изложить в следующей редакции: "8) оформление регистрационного документа на транспортное средство (в том числе на базовое транспортное средство и шасси транспортного средства), перегоняемое в связи с его вывозом за пределы территории Российской Федерации либо перегоняемое к месту продажи или к конечному производителю и являющееся товаром, реализуемым юридическим лицом или индивидуальным предпринимателем, осуществляющими торговую деятельность."</w:t>
      </w:r>
    </w:p>
    <w:p>
      <w:r>
        <w:t>в части 5 слово "сопровождается" заменить словами ", оформление регистрационного документа в случаях, предусмотренных пунктом 8 части 4 настоящей статьи, сопровождаются"</w:t>
      </w:r>
    </w:p>
    <w:p>
      <w:r>
        <w:rPr>
          <w:b/>
        </w:rPr>
        <w:t>Статья 2</w:t>
      </w:r>
    </w:p>
    <w:p>
      <w:r>
        <w:t>Абзац первый пункта 3 статьи 15 Федерального закона от 10 декабря 1995 года № 196-ФЗ "О безопасности дорожного движения" (Собрание законодательства Российской Федерации, 1995, № 50, ст. 4873; 2009, № 1, ст. 21; 2010, № 31, ст. 4196; 2018, № 32, ст. 5076; 2021, № 27, ст. 5159) дополнить словами ", на транспортные средства, со дня приобретения прав владельца которых не прошло десяти дней, а также на транспортные средства (в том числе на базовые транспортные средства и шасси транспортных средств), перегоняемые в связи с их вывозом за пределы территории Российской Федерации либо перегоняемые к местам продажи или к конечным производителям и являющиеся товарами, реализуемыми юридическими лицами или индивидуальными предпринимателями, осуществляющими торговую деятельность".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