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племенном животноводстве"</w:t>
      </w:r>
    </w:p>
    <w:p>
      <w:r>
        <w:rPr>
          <w:b/>
        </w:rPr>
        <w:t>Статья 1</w:t>
      </w:r>
    </w:p>
    <w:p>
      <w:r>
        <w:t>Внести в Федеральный закон от 3 августа 1995 года № 123-ФЗ "О племенном животноводстве" (Собрание законодательства Российской Федерации, 1995, № 32, ст. 3199; 2007, № 27, ст. 3213; 2008, № 29, ст. 3418; 2011, № 30, ст. 4596; 2019, № 31, ст. 4447) следующие изменения</w:t>
      </w:r>
    </w:p>
    <w:p>
      <w:r>
        <w:t>абзац пятый статьи 2 изложить в следующей редакции: "племенное хозяйство - юридическое лицо, крестьянское (фермерское) хозяйство без образования юридического лица или индивидуальный предприниматель, осуществляющие деятельность в области племенного животноводства, а также оказание услуг в области племенного животноводства;"</w:t>
      </w:r>
    </w:p>
    <w:p>
      <w:r>
        <w:t>в части первой статьи 6 слова "в собственности граждан (крестьянских (фермерских) хозяйств) и юридических лиц, осуществляющих разведение и использование племенных животных" заменить словами "в собственности племенных хозяйств"</w:t>
      </w:r>
    </w:p>
    <w:p>
      <w:r>
        <w:t>в статье 9: а) в наименовании слова "организаций по племенному животноводству" заменить словами "племенных хозяйств"; б) часть первую признать утратившей силу; в) в части второй слова "организации по племенному животноводству" заменить словами "племенных хозяйств"</w:t>
      </w:r>
    </w:p>
    <w:p>
      <w:r>
        <w:t>в статье 10: а) часть первую после слова "хозяйства" дополнить словами ", индивидуальным предпринимателям"; б) часть третью после слова "Граждане" дополнить словами ", индивидуальные предприниматели"</w:t>
      </w:r>
    </w:p>
    <w:p>
      <w:r>
        <w:t>в статье 11: а) в наименовании слова "Экспорт и импорт" заменить словом "Импорт"; б) в части первой слова "Экспорт и импорт" заменить словом "Импорт", слово "осуществляются" заменить словом "осуществляется"</w:t>
      </w:r>
    </w:p>
    <w:p>
      <w:r>
        <w:t>в статье 13: а) в абзаце восьмом части первой слова "организаций по племенному животноводству" заменить словами "племенных хозяйств"; б) часть вторую дополнить абзацем следующего содержания: "выдают заключение о соответствии виду племенного хозяйства."</w:t>
      </w:r>
    </w:p>
    <w:p>
      <w:r>
        <w:t>часть четвертую статьи 20 изложить в следующей редакции: "Племенным хозяйствам могут быть оказаны меры государственной поддержки, установленные Федеральным законом от 29 декабря 2006 года № 264-ФЗ "О развитии сельского хозяйства"."</w:t>
      </w:r>
    </w:p>
    <w:p>
      <w:r>
        <w:t>в части второй статьи 26 слова "организациях по племенному животноводству" заменить словами "племенных хозяйствах"</w:t>
      </w:r>
    </w:p>
    <w:p>
      <w:r>
        <w:t>статью 29 изложить в следующей редакции: "Статья 29. Племенные хозяйства В зависимости от вида деятельности в области племенного животноводства племенному хозяйству органами государственной власти субъектов Российской Федерации, осуществляющими управление в области племенного животноводства, в рамках государственной племенной службы выдается заключение о соответствии виду племенного хозяйства. Требования к видам таких хозяйств утверждаются специально уполномоченным Правительством Российской Федерации государственным органом по управлению племенным животноводством. Племенные хозяйства ведут учет данных в области племенного животноводства по формам, установленным специально уполномоченным Правительством Российской Федерации государственным органом по управлению племенным животноводством."</w:t>
      </w:r>
    </w:p>
    <w:p>
      <w:r>
        <w:t>в статье 30: а) в наименовании слова "организаций по племенному животноводству" заменить словами "племенных хозяйств"; б) в абзаце первом части первой слова "организации по племенному животноводству" заменить словами "племенные хозяйства"; в) часть вторую признать утратившей силу</w:t>
      </w:r>
    </w:p>
    <w:p>
      <w:r>
        <w:t>в статье 31 слова "организация по племенному животноводству, располагающая" заменить словами "племенное хозяйство, располагающее", слово "использующая" заменить словом "использующее"</w:t>
      </w:r>
    </w:p>
    <w:p>
      <w:r>
        <w:t>в статье 32 слова "организация по племенному животноводству, которая" заменить словами "племенное хозяйство, которое"</w:t>
      </w:r>
    </w:p>
    <w:p>
      <w:r>
        <w:t>в статье 43 слова "между организациями по племенному животноводству" заменить словами "между племенными хозяйствами"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