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полиции"</w:t>
      </w:r>
    </w:p>
    <w:p>
      <w:r>
        <w:rPr>
          <w:b/>
        </w:rPr>
        <w:t>Статья 1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27, ст. 3880, 3881; № 49, ст. 7067; 2013, № 14, ст. 1645; № 26, ст. 3207; № 27, ст. 3477; № 48, ст. 6165; 2014, № 6, ст. 558, 559, 566; № 30, ст. 4259; № 42, ст. 5615; № 52, ст. 7542; 2015, № 10, ст. 1393; № 29, ст. 4374; 2016, № 27, ст. 4160, 4238; 2017, № 22, ст. 3071; № 31, ст. 4821; № 50, ст. 7562; 2018, № 1, ст. 26; № 11, ст. 1591; № 31, ст. 4857; № 32, ст. 5076, 5125; 2019, № 14, ст. 1461; № 23, ст. 2905; № 40, ст. 5488; № 42, ст. 5802; № 49, ст. 6963; № 52, ст. 7805; 2020, № 6, ст. 591; 2021, № 1, ст. 4, 57; № 9, ст. 1469; № 15, ст. 2447; № 18, ст. 3060; № 24, ст. 4188) следующие изменения: 1) в статье 5: а) в части 3 слова "обязан пресекать" заменить словом "пресекает"; б) части 4 и 5 изложить в следующей редакции: "4. При обращении к гражданину сотрудник полиции: 1) называет свои должность, звание, фамилию, предъявляет по требованию гражданина служебное удостоверение, после чего сообщает причину и цель обращения; 2) в случае применения к гражданину мер, ограничивающих его права и свободы, разъясняет ему причину и основания применения таких мер, а также возникающие в связи с этим права и обязанности гражданина.</w:t>
      </w:r>
    </w:p>
    <w:p>
      <w:r>
        <w:rPr>
          <w:b/>
        </w:rPr>
        <w:t xml:space="preserve">5. </w:t>
      </w:r>
      <w:r>
        <w:t>Сотрудник полиции в случае обращения к нему гражданина называет свои должность, звание, фамилию, внимательно его выслушивает, принимает соответствующие меры в пределах своих полномочий либо разъясняет, в чью компетенцию входит решение поставленного вопроса."; в) дополнить частью 51 следующего содержания: "51. При возникновении обстоятельств, угрожающих жизни и здоровью сотрудника полиции или иных граждан, и при необходимости незамедлительного пресечения преступления или административного правонарушения либо преследования совершивших их лиц предусмотренные частями 4 и 5 настоящей статьи положения реализуются сотрудником полиции сразу после прекращения указанных обстоятельств или действий."; г) в части 7 слова "обязана обеспечить" заменить словом "обеспечивает";</w:t>
      </w:r>
    </w:p>
    <w:p>
      <w:r>
        <w:rPr>
          <w:b/>
        </w:rPr>
        <w:t xml:space="preserve">2. </w:t>
      </w:r>
      <w:r>
        <w:t>Перед вскрытием транспортного средства сотрудник полиции называет свои должность, звание, фамилию, предъявляет по требованию собственника либо иного законного владельца транспортного средства или находящихся в нем граждан служебное удостоверение, предупреждает о своем намерении, разъясняет причину и основания вскрытия транспортного средства, а также возникающие в связи с этим права и обязанности граждан, за исключением случаев, если промедление создает угрозу жизни и здоровью сотрудника полиции или иных граждан, и (или) при необходимости незамедлительного пресечения преступления или административного правонарушения либо преследования совершивших их лиц</w:t>
      </w:r>
    </w:p>
    <w:p>
      <w:r>
        <w:rPr>
          <w:b/>
        </w:rPr>
        <w:t xml:space="preserve">3. </w:t>
      </w:r>
      <w:r>
        <w:t>О вскрытии транспортного средства не позднее 24 часов с момента вскрытия информируется собственник транспортного средства, если такое вскрытие было осуществлено в его отсутствие, в порядке, определяемом федеральным органом исполнительной власти в сфере внутренних дел</w:t>
      </w:r>
    </w:p>
    <w:p>
      <w:r>
        <w:rPr>
          <w:b/>
        </w:rPr>
        <w:t xml:space="preserve">4. </w:t>
      </w:r>
      <w:r>
        <w:t>Полиция в отсутствие собственника или иного законного владельца вскрытого транспортного средства обеспечивает недопущение доступа посторонних лиц в транспортное средство.";</w:t>
      </w:r>
    </w:p>
    <w:p>
      <w:r>
        <w:rPr>
          <w:b/>
        </w:rPr>
        <w:t xml:space="preserve">5. </w:t>
      </w:r>
      <w:r>
        <w:t>в части 2 статьи 7 слова "связан решениями" заменить словами "зависим от решений"</w:t>
      </w:r>
    </w:p>
    <w:p>
      <w:r>
        <w:rPr>
          <w:b/>
        </w:rPr>
        <w:t xml:space="preserve">5. </w:t>
      </w:r>
      <w:r>
        <w:t>в статье 9:</w:t>
      </w:r>
    </w:p>
    <w:p>
      <w:r>
        <w:rPr>
          <w:b/>
        </w:rPr>
        <w:t xml:space="preserve">5. </w:t>
      </w:r>
      <w:r>
        <w:t>в части 1 статьи 11 слова "обязана использовать" заменить словом "использует"</w:t>
      </w:r>
    </w:p>
    <w:p>
      <w:r>
        <w:rPr>
          <w:b/>
        </w:rPr>
        <w:t xml:space="preserve">5. </w:t>
      </w:r>
      <w:r>
        <w:t>в части 1 статьи 12:</w:t>
      </w:r>
    </w:p>
    <w:p>
      <w:r>
        <w:rPr>
          <w:b/>
        </w:rPr>
        <w:t xml:space="preserve">5. </w:t>
      </w:r>
      <w:r>
        <w:t>в статье 13:</w:t>
      </w:r>
    </w:p>
    <w:p>
      <w:r>
        <w:rPr>
          <w:b/>
        </w:rPr>
        <w:t xml:space="preserve">5. </w:t>
      </w:r>
      <w:r>
        <w:t>в статье 14:</w:t>
      </w:r>
    </w:p>
    <w:p>
      <w:r>
        <w:rPr>
          <w:b/>
        </w:rPr>
        <w:t xml:space="preserve">5. </w:t>
      </w:r>
      <w:r>
        <w:t>в статье 15:</w:t>
      </w:r>
    </w:p>
    <w:p>
      <w:r>
        <w:rPr>
          <w:b/>
        </w:rPr>
        <w:t xml:space="preserve">5. </w:t>
      </w:r>
      <w:r>
        <w:t>дополнить статьей 151 следующего содержания: "Статья 151. Вскрытие транспортного средства 1. Полиция имеет право осуществлять вскрытие транспортного средства, в том числе проникновение в него, в случаях, предусмотренных законодательством Российской Федерации, а также:</w:t>
      </w:r>
    </w:p>
    <w:p>
      <w:r>
        <w:rPr>
          <w:b/>
        </w:rPr>
        <w:t xml:space="preserve">5. </w:t>
      </w:r>
      <w:r>
        <w:t>для спасения жизни граждан</w:t>
      </w:r>
    </w:p>
    <w:p>
      <w:r>
        <w:rPr>
          <w:b/>
        </w:rPr>
        <w:t xml:space="preserve">5. </w:t>
      </w:r>
      <w:r>
        <w:t>для обеспечения безопасности граждан или общественной безопасности при массовых беспорядках и чрезвычайных ситуациях</w:t>
      </w:r>
    </w:p>
    <w:p>
      <w:r>
        <w:rPr>
          <w:b/>
        </w:rPr>
        <w:t xml:space="preserve">5. </w:t>
      </w:r>
      <w:r>
        <w:t>для задержания лиц, подозреваемых или обвиняемых в совершении преступления, а также лиц, застигнутых на месте совершения ими деяния, содержащего признаки преступления, и (или) скрывающихся с места совершения ими такого деяния, и (или) лиц, на которых потерпевшие или очевидцы указывают как на совершивших деяние, содержащее признаки преступления</w:t>
      </w:r>
    </w:p>
    <w:p>
      <w:r>
        <w:rPr>
          <w:b/>
        </w:rPr>
        <w:t xml:space="preserve">5. </w:t>
      </w:r>
      <w:r>
        <w:t>для пресечения преступления</w:t>
      </w:r>
    </w:p>
    <w:p>
      <w:r>
        <w:rPr>
          <w:b/>
        </w:rPr>
        <w:t xml:space="preserve">5. </w:t>
      </w:r>
      <w:r>
        <w:t>для применения мер обеспечения производства по делу об административном правонарушении, если имеются основания полагать, что совершившее данное правонарушение лицо находится в состоянии опьянения</w:t>
      </w:r>
    </w:p>
    <w:p>
      <w:r>
        <w:rPr>
          <w:b/>
        </w:rPr>
        <w:t xml:space="preserve">5. </w:t>
      </w:r>
      <w:r>
        <w:t>для проведения осмотра транспортного средства и (или) груза, если имеются основания полагать, что в транспортном средстве находятся без специального разрешения предметы или вещи, изъятые из гражданского оборота или ограниченно оборотоспособные</w:t>
      </w:r>
    </w:p>
    <w:p>
      <w:r>
        <w:rPr>
          <w:b/>
        </w:rPr>
        <w:t xml:space="preserve">5. </w:t>
      </w:r>
      <w:r>
        <w:t>для проверки сообщения об угрозе террористического акта</w:t>
      </w:r>
    </w:p>
    <w:p>
      <w:r>
        <w:rPr>
          <w:b/>
        </w:rPr>
        <w:t xml:space="preserve">5. </w:t>
      </w:r>
      <w:r>
        <w:t>для установления обстоятельств несчастного случая</w:t>
      </w:r>
    </w:p>
    <w:p>
      <w:r>
        <w:rPr>
          <w:b/>
        </w:rPr>
        <w:t xml:space="preserve">5. </w:t>
      </w:r>
      <w:r>
        <w:t>в части 3 слова "обязана в пределах своих полномочий принять" заменить словами "в пределах своих полномочий принимает"</w:t>
      </w:r>
    </w:p>
    <w:p>
      <w:r>
        <w:rPr>
          <w:b/>
        </w:rPr>
        <w:t xml:space="preserve">5. </w:t>
      </w:r>
      <w:r>
        <w:t>в части 5 слово "проводит" заменить словами "организует и проводит", слова "указанного мониторинга" заменить словами "указанных мониторингов"</w:t>
      </w:r>
    </w:p>
    <w:p>
      <w:r>
        <w:rPr>
          <w:b/>
        </w:rPr>
        <w:t xml:space="preserve">5. </w:t>
      </w:r>
      <w:r>
        <w:t>пункт 4 дополнить словами "по направлениям деятельности полиции"</w:t>
      </w:r>
    </w:p>
    <w:p>
      <w:r>
        <w:rPr>
          <w:b/>
        </w:rPr>
        <w:t xml:space="preserve">5. </w:t>
      </w:r>
      <w:r>
        <w:t>пункт 9 после слов "руководителя следственного органа," дополнить словом "дознавателя,"</w:t>
      </w:r>
    </w:p>
    <w:p>
      <w:r>
        <w:rPr>
          <w:b/>
        </w:rPr>
        <w:t xml:space="preserve">5. </w:t>
      </w:r>
      <w:r>
        <w:t>в пункте 11 слово "пресекать" заменить словами "выявлять и пресекать"</w:t>
      </w:r>
    </w:p>
    <w:p>
      <w:r>
        <w:rPr>
          <w:b/>
        </w:rPr>
        <w:t xml:space="preserve">5. </w:t>
      </w:r>
      <w:r>
        <w:t>пункт 18 изложить в следующей редакции: "18) проводить в соответствии с законодательством Российской Федерации экспертизы в ходе уголовного судопроизводства, производства по делам об административных правонарушениях, а также исследования по материалам оперативно-разыскной деятельности и при проверке заявлений и сообщений о преступлениях;"</w:t>
      </w:r>
    </w:p>
    <w:p>
      <w:r>
        <w:rPr>
          <w:b/>
        </w:rPr>
        <w:t xml:space="preserve">5. </w:t>
      </w:r>
      <w:r>
        <w:t>пункт 19 после слов "оформлять документы о дорожно-транспортном происшествии" дополнить словами "в случаях, предусмотренных законодательством Российской Федерации"</w:t>
      </w:r>
    </w:p>
    <w:p>
      <w:r>
        <w:rPr>
          <w:b/>
        </w:rPr>
        <w:t xml:space="preserve">5. </w:t>
      </w:r>
      <w:r>
        <w:t>в части 1: в пункте 2 слова "проверять документы" заменить словами "требовать от граждан в случае их обращения назвать свои фамилию, имя и отчество, проверять документы", после слов "федеральным законом" дополнить словами ", принимать меры по идентификации указанных лиц"; дополнить пунктом 31 следующего содержания: "31) в связи с проверкой зарегистрированных в установленном порядке заявлений и сообщений о происшествиях, разрешение которых отнесено к компетенции полиции, производить осмотр места происшествия, местности, помещений, транспортных средств, предметов, документов и иных объектов в целях фиксации обстоятельств, имеющих значение для принятия решения по заявлению и сообщению о происшествии, а также составлять по результатам указанного осмотра акт осмотра;"; в пункте 6 слова "и заслоны," заменить словами "заслоны, обозначать доступными средствами, в том числе визуальными, места совершения преступлений, административных правонарушений, места происшествий, места проведения публичных и массовых мероприятий, территории и объекты, нахождение граждан на которых ограничено или представляет угрозу для их безопасности, осуществлять временное ограждение указанных мест и объектов,"; пункт 8 после слова "законодательством" дополнить словами "Российской Федерации"; в пункте 10 слова "производить при осуществлении оперативно-разыскной деятельности изъятие документов, предметов, материалов и сообщений и иные предусмотренные федеральным законом действия;" исключить; в пункте 16 после слова "законодательством" дополнить словами "Российской Федерации", слова "при наличии данных о том" заменить словами ", если имеются основания полагать", после слов "радиоактивные вещества," дополнить словами "а также скрывают предметы хищения,"; в пункте 25 слова "осмотр граждан" заменить словами "личный осмотр граждан"</w:t>
      </w:r>
    </w:p>
    <w:p>
      <w:r>
        <w:rPr>
          <w:b/>
        </w:rPr>
        <w:t xml:space="preserve">5. </w:t>
      </w:r>
      <w:r>
        <w:t>часть 2 изложить в следующей редакции: "2. Права полиции реализуются должностными лицами полиции в пределах их компетенции, установленной законодательством Российской Федерации, нормативными правовыми актами Президента Российской Федерации, нормативными правовыми актами Правительства Российской Федерации и нормативными правовыми актами федерального органа исполнительной власти в сфере внутренних дел."</w:t>
      </w:r>
    </w:p>
    <w:p>
      <w:r>
        <w:rPr>
          <w:b/>
        </w:rPr>
        <w:t xml:space="preserve">5. </w:t>
      </w:r>
      <w:r>
        <w:t>пункт 5 части 2 после слова "законодательством" дополнить словами "Российской Федерации"</w:t>
      </w:r>
    </w:p>
    <w:p>
      <w:r>
        <w:rPr>
          <w:b/>
        </w:rPr>
        <w:t xml:space="preserve">5. </w:t>
      </w:r>
      <w:r>
        <w:t>часть 4 после слова "законодательством" дополнить словами "Российской Федерации"</w:t>
      </w:r>
    </w:p>
    <w:p>
      <w:r>
        <w:rPr>
          <w:b/>
        </w:rPr>
        <w:t xml:space="preserve">5. </w:t>
      </w:r>
      <w:r>
        <w:t>часть 6 после слова "законодательством" дополнить словами "Российской Федерации"</w:t>
      </w:r>
    </w:p>
    <w:p>
      <w:r>
        <w:rPr>
          <w:b/>
        </w:rPr>
        <w:t xml:space="preserve">5. </w:t>
      </w:r>
      <w:r>
        <w:t>часть 15 после слова "отказывается" дополнить словами "либо по объективным причинам не может"</w:t>
      </w:r>
    </w:p>
    <w:p>
      <w:r>
        <w:rPr>
          <w:b/>
        </w:rPr>
        <w:t xml:space="preserve">5. </w:t>
      </w:r>
      <w:r>
        <w:t>в части 16 слова "подвергаются осмотру" заменить словами "подвергаются личному осмотру"</w:t>
      </w:r>
    </w:p>
    <w:p>
      <w:r>
        <w:rPr>
          <w:b/>
        </w:rPr>
        <w:t xml:space="preserve">5. </w:t>
      </w:r>
      <w:r>
        <w:t>в наименовании слова "Вхождение (проникновение)" заменить словом "Проникновение"</w:t>
      </w:r>
    </w:p>
    <w:p>
      <w:r>
        <w:rPr>
          <w:b/>
        </w:rPr>
        <w:t xml:space="preserve">5. </w:t>
      </w:r>
      <w:r>
        <w:t>в части 2 слово "входить" заменить словом "проникать"</w:t>
      </w:r>
    </w:p>
    <w:p>
      <w:r>
        <w:rPr>
          <w:b/>
        </w:rPr>
        <w:t xml:space="preserve">5. </w:t>
      </w:r>
      <w:r>
        <w:t>пункт 2 части 3 изложить в следующей редакции: "2) для задержания лиц, подозреваемых или обвиняемых в совершении преступления, а также лиц, застигнутых на месте совершения ими деяния, содержащего признаки преступления, и (или) скрывающихся с места совершения ими такого деяния, и (или) лиц, на которых потерпевшие или очевидцы указывают как на совершивших деяние, содержащее признаки преступления;"</w:t>
      </w:r>
    </w:p>
    <w:p>
      <w:r>
        <w:rPr>
          <w:b/>
        </w:rPr>
        <w:t xml:space="preserve">5. </w:t>
      </w:r>
      <w:r>
        <w:t>в части 5: в абзаце первом слова "вхождение (проникновение)" заменить словом "проникновение"; в пункте 3 слова "вхождением (проникновением)" заменить словом "проникновением"; в пункте 4 слова "вхождения (проникновения)" заменить словом "проникновения"</w:t>
      </w:r>
    </w:p>
    <w:p>
      <w:r>
        <w:rPr>
          <w:b/>
        </w:rPr>
        <w:t xml:space="preserve">5. </w:t>
      </w:r>
      <w:r>
        <w:t>часть 6 после слова "информируются" дополнить словами "в порядке, установленном федеральным органом исполнительной власти в сфере внутренних дел,"</w:t>
      </w:r>
    </w:p>
    <w:p>
      <w:r>
        <w:rPr>
          <w:b/>
        </w:rPr>
        <w:t xml:space="preserve">5. </w:t>
      </w:r>
      <w:r>
        <w:t>часть 7 изложить в следующей редакции: "7. О каждом случае проникновения сотрудника полиции в жилое помещение помимо воли находящихся там граждан в течение 24 часов с момента проникновения письменно уведомляется прокурор, за исключением случаев, когда федеральным законом установлен специальный порядок уведомления."</w:t>
      </w:r>
    </w:p>
    <w:p>
      <w:r>
        <w:rPr>
          <w:b/>
        </w:rPr>
        <w:t xml:space="preserve">4. </w:t>
      </w:r>
      <w:r>
        <w:t>в статье 16:</w:t>
      </w:r>
    </w:p>
    <w:p>
      <w:r>
        <w:rPr>
          <w:b/>
        </w:rPr>
        <w:t xml:space="preserve">4. </w:t>
      </w:r>
      <w:r>
        <w:t>при необходимости предотвращения угрозы жизни и здоровью граждан, которые не могут быть защищены иным способом.";</w:t>
      </w:r>
    </w:p>
    <w:p>
      <w:r>
        <w:rPr>
          <w:b/>
        </w:rPr>
        <w:t xml:space="preserve">4. </w:t>
      </w:r>
      <w:r>
        <w:t>пункт 6 части 3 статьи 17 изложить в следующей редакции: "6) о лицах, в отношении которых в соответствии с законодательством Российской Федерации применен акт о помиловании или акт об амнистии;"</w:t>
      </w:r>
    </w:p>
    <w:p>
      <w:r>
        <w:rPr>
          <w:b/>
        </w:rPr>
        <w:t xml:space="preserve">4. </w:t>
      </w:r>
      <w:r>
        <w:t>в части 2 статьи 23 слова "оружием и" заменить словами "оружием или"</w:t>
      </w:r>
    </w:p>
    <w:p>
      <w:r>
        <w:rPr>
          <w:b/>
        </w:rPr>
        <w:t xml:space="preserve">4. </w:t>
      </w:r>
      <w:r>
        <w:t>пункт 2 части 2 статьи 25 после слов "государственным органам" дополнить словом "(органам)"</w:t>
      </w:r>
    </w:p>
    <w:p>
      <w:r>
        <w:rPr>
          <w:b/>
        </w:rPr>
        <w:t xml:space="preserve">4. </w:t>
      </w:r>
      <w:r>
        <w:t>часть 1 статьи 27 признать утратившей силу</w:t>
      </w:r>
    </w:p>
    <w:p>
      <w:r>
        <w:rPr>
          <w:b/>
        </w:rPr>
        <w:t xml:space="preserve">4. </w:t>
      </w:r>
      <w:r>
        <w:t>в статье 28:</w:t>
      </w:r>
    </w:p>
    <w:p>
      <w:r>
        <w:rPr>
          <w:b/>
        </w:rPr>
        <w:t xml:space="preserve">4. </w:t>
      </w:r>
      <w:r>
        <w:t>в части 2 статьи 30 слова "или прямому начальнику" заменить словами "и другому прямому начальнику"</w:t>
      </w:r>
    </w:p>
    <w:p>
      <w:r>
        <w:rPr>
          <w:b/>
        </w:rPr>
        <w:t xml:space="preserve">4. </w:t>
      </w:r>
      <w:r>
        <w:t>статью 41 признать утратившей силу</w:t>
      </w:r>
    </w:p>
    <w:p>
      <w:r>
        <w:rPr>
          <w:b/>
        </w:rPr>
        <w:t xml:space="preserve">4. </w:t>
      </w:r>
      <w:r>
        <w:t>в наименовании слова "участков местности" заменить словом "территорий"</w:t>
      </w:r>
    </w:p>
    <w:p>
      <w:r>
        <w:rPr>
          <w:b/>
        </w:rPr>
        <w:t xml:space="preserve">4. </w:t>
      </w:r>
      <w:r>
        <w:t>в части 2: абзац первый изложить в следующей редакции: "2. Полиция имеет право проводить оцепление (блокирование) территорий, жилых помещений, строений и других объектов по решению руководителя территориального органа или лица, его замещающего:"; дополнить пунктами 6 и 7 следующего содержания: "6) при проведении мероприятий, направленных на обнаружение предметов, изъятых из гражданского оборота или ограниченно оборотоспособных, либо при наличии оснований полагать, что в границах территорий или на объектах готовится, совершается (совершено) преступление</w:t>
      </w:r>
    </w:p>
    <w:p>
      <w:r>
        <w:rPr>
          <w:b/>
        </w:rPr>
        <w:t xml:space="preserve">4. </w:t>
      </w:r>
      <w:r>
        <w:t>в части 3 слова "участков местности" заменить словом "территорий"</w:t>
      </w:r>
    </w:p>
    <w:p>
      <w:r>
        <w:rPr>
          <w:b/>
        </w:rPr>
        <w:t xml:space="preserve">4. </w:t>
      </w:r>
      <w:r>
        <w:t>часть 4 изложить в следующей редакции: "4. В границах оцепления (блокирования) полиция может осуществлять личный осмотр граждан, находящихся при них вещей (предметов, механизмов, веществ), осмотр транспортных средств и перевозимых грузов с участием водителей или граждан, сопровождающих грузы, с применением при необходимости технических средств. В случае отказа гражданина подвергнуться личному осмотру или предоставить для осмотра транспортное средство и перевозимые грузы полиция имеет право не допускать проход такого гражданина на территории, в жилые помещения, строения и на другие объекты, где проводится оцепление (блокирование), или его выход за пределы границ оцепления (блокирования), а также въезд или выезд транспортного средства до снятия оцепления (блокирования)."</w:t>
      </w:r>
    </w:p>
    <w:p>
      <w:r>
        <w:rPr>
          <w:b/>
        </w:rPr>
        <w:t xml:space="preserve">4. </w:t>
      </w:r>
      <w:r>
        <w:t>в части 5 слова "частях 2 - 4" заменить словами "части 2"</w:t>
      </w:r>
    </w:p>
    <w:p>
      <w:r>
        <w:rPr>
          <w:b/>
        </w:rPr>
        <w:t xml:space="preserve">4. </w:t>
      </w:r>
      <w:r>
        <w:t>части 1 и 2 признать утратившими силу</w:t>
      </w:r>
    </w:p>
    <w:p>
      <w:r>
        <w:rPr>
          <w:b/>
        </w:rPr>
        <w:t xml:space="preserve">4. </w:t>
      </w:r>
      <w:r>
        <w:t>в пункте 3 части 3 слова "использовать в случаях" заменить словами "останавливать транспортные средства, использовать в случаях"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