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31 и 43 Федерального закона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1</w:t>
      </w:r>
    </w:p>
    <w:p>
      <w:r>
        <w:t>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2015, № 27, ст. 4001; № 29, ст. 4353; 2016, № 1, ст. 10; № 27, ст. 4298; 2017, № 1, ст. 30; 2018, № 1, ст. 88; 2019, № 18, ст. 2195; 2020, № 14, ст. 2028; № 17, ст. 2702; 2021, № 1, ст. 78; № 27, ст. 5188; 2022, № 16, ст. 2606; № 24, ст. 3920; № 27, ст. 4632; № 50, ст. 8792; 2024, № 33, ст. 4928, 5014; № 53, ст. 8494) следующие изменения</w:t>
      </w:r>
    </w:p>
    <w:p>
      <w:r>
        <w:t>часть 9 статьи 31 изложить в следующей редакции: "9. Комиссия по осуществлению закупок обязана отстранить участника закупки от участия в определении поставщика (подрядчика, исполнителя) в любой момент не позднее даты подведения итогов определения поставщика (подрядчика, исполнителя), если обнаружит, что участник закупки не соответствует требованиям, установленным в соответствии с частью 1, а также частями 11, 2 и 21 (в случае установления таких требований) настоящей статьи, и (или) предоставил недостоверную информацию о своем соответствии таким требованиям. Заказчик обязан отказаться от заключения контракта с участником закупки, если после подведения итогов определения поставщика (подрядчика, исполнителя) и до заключения в соответствии с настоящим Федеральным законом контракта обнаружит, что участник закупки не соответствует требованиям, установленным в соответствии с частью 1, а также частями 11, 2 и 21 (в случае установления таких требований) настоящей статьи, и (или) предоставил недостоверную информацию о своем соответствии таким требованиям либо недостоверную информацию и (или) документы, содержащиеся в заявке на участие в закупке."</w:t>
      </w:r>
    </w:p>
    <w:p>
      <w:r>
        <w:t>статью 43 дополнить частью 12 следующего содержания: "12.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