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Сейшельские Острова о взаимной правовой помощи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