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46 и 51-1 Федерального закона "О связи"</w:t>
      </w:r>
    </w:p>
    <w:p>
      <w:r>
        <w:rPr>
          <w:b/>
        </w:rPr>
        <w:t>Статья 1</w:t>
      </w:r>
    </w:p>
    <w:p>
      <w:r>
        <w:t>Внести в Федеральный закон от 7 июля 2003 года № 126-ФЗ "О связи" (Собрание законодательства Российской Федерации, 2003, № 28, ст. 2895; 2006, № 31, ст. 3431; 2007, № 7, ст. 835; 2010, № 7, ст. 705; № 31, ст. 4190; 2011, № 50, ст. 7366; 2012, № 31, ст. 4328; № 53, ст. 7578; 2013, № 48, ст. 6162; № 52, ст. 6961; 2014, № 19, ст. 2302; № 30, ст. 4273; № 49, ст. 6928; 2015, № 29, ст. 4383; 2016, № 10, ст. 1318; № 15, ст. 2066; № 27, ст. 4213; № 28, ст. 4558; 2017, № 31, ст. 4742, 4794; № 50, ст. 7557; 2018, № 53, ст. 8453, 8455; 2019, № 18, ст. 2214; № 23, ст. 2914; 2021, № 1, ст. 27, 72, 74; № 24, ст. 4188; № 27, ст. 5147) следующие изменения</w:t>
      </w:r>
    </w:p>
    <w:p>
      <w:r>
        <w:t>в статье 46: а) в пункте 13: абзац первый после слов "в том числе по его запросу," дополнить словами "в электронной форме"; в абзаце третьем слова ", об используемом ими пользовательском оборудовании (оконечном оборудовании)" исключить; в абзаце четвертом слова "о функционировании" заменить словами "о статусе функционирования"; абзац пятый признать утратившим силу; абзац шестой изложить в следующей редакции: "об объеме и периоде оказания услуг связи абонентам и пользователям услугами связи абонентов - юридических лиц либо индивидуальных предпринимателей."; б) дополнить пунктом 14 следующего содержания: "14. При прохождении физическими или юридическими лицами процедур аутентификации посредством единой системы идентификации и аутентификации, а также при совершении физическими или юридическими лицами с использованием единой системы идентификации и аутентификации значимых действий, перечень которых утверждается Правительством Российской Федерации, 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содержащего код подтверждения аутентификации или код подтверждения совершения значимого действия, соответствующему физическому или юридическому лицу на абонентский номер, указанный таким лицом в единой системе идентификации и аутентификации."</w:t>
      </w:r>
    </w:p>
    <w:p>
      <w:r>
        <w:t>в статье 511: а) наименование дополнить словами ", а также иных государственных органов, органов местного самоуправления и организаций"; б) пункт 1 изложить в следующей редакции: "1. Федеральный орган исполнительной власти в области связи вправе установить дополнительные требования к сетям связи, входящим в состав сети связи общего пользования и используемым для оказания услуг связи: для нужд органов государственной власти, нужд обороны страны, безопасности государства и обеспечения правопорядка, - по согласованию с федеральными органами исполнительной власти, в ведении которых находятся сети связи специального назначения, предназначенные для нужд органов государственной власти, нужд обороны страны, безопасности государства и обеспечения правопорядка; для нужд иных государственных органов, органов местного самоуправления и организаций, - в случае, если финансирование оказания услуг связи, услуг присоединения и услуг по пропуску трафика для таких нужд осуществляется за счет средств бюджетов бюджетной системы Российской Федерации."; в) в пункте 2 слова "оказываемые для нужд органов государственной власти, нужд обороны страны, безопасности государства и обеспечения правопорядка услуги связи, услуги присоединения и услуги по пропуску трафика должны определяться государственным контрактом" заменить словами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устанавливаемые в государственных контрактах, а также цены на данные услуги для нужд иных государственных органов, органов местного самоуправления и организаций в случае, если финансирование оказания данных услуг для таких нужд осуществляется за счет средств бюджетов бюджетной системы Российской Федерации, устанавливаемые в контрактах (договорах),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должны определяться"; г) пункт 3 изложить в следующей редакции: "3. Изменение цен на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и изменение условий оплаты оказанных услуг для таких нужд допускаются в порядке, установленном государственным контрактом, не более чем один раз в год, а при заключении контракта (договора)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 в соответствии с требованиями такого законодательства. В случае, если финансирование оказания услуг связи, услуг присоединения и услуг по пропуску трафика для нужд государственных органов, органов местного самоуправления и организаций осуществляется за счет средств бюджетов бюджетной системы Российской Федерации и условия контракта (договора), заключаемого в текущем периоде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не отличаются от условий аналогичного контракта (договора), заключенного в прошедшем периоде, цена на данные услуги в заключаемом в текущем периоде контракте (договоре) не может превышать цену, формируемую относительно цены заключенного в прошедшем периоде контракта (договора), с учетом индексации исходя из индекса роста потребительских цен за предыдущий год."; д) пункт 4 изложить в следующей редакции: "4. При исполнении контрактов (договоров) на оказание услуг связи, услуг присоединения и услуг по пропуску трафика,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иных государственных контрактов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оператор связи, заключивший указанные контракты (договоры), не вправе приостанавливать и (или) прекращать оказание услуг связи, услуг присоединения и услуг по пропуску трафика без согласия в письменной форме соответствующего заказчика. При этом, в том числе после окончания срока действия контракта (договора), предусмотренного абзацем первым настоящего пункта: оператор связи оказывает заказчику услуги связи, услуги присоединения и услуги по пропуску трафика в соответствии с требованиями, установленными таким контрактом (договором), а также вправе направлять заказчику запрос о подтверждении факта оказания ему услуг и требовать оплату данных услуг при отсутствии заключенного контракта (договора) в судебном порядке; заказчик, которому оказаны услуги связи, услуги присоединения и услуги по пропуску трафика, при поступлении от оператора связи запроса, предусмотренного абзацем третьим настоящего пункта, направляет оператору связи подтверждение факта оказания заказчику услуг."</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К нормативным правовым актам Российской Федерации, предусмотренным пунктом 13 статьи 46 и статьей 511 Федерального закона от 7 июля 2003 года № 126-ФЗ "О связи" (в редакции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