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5151) следующие изменения</w:t>
      </w:r>
    </w:p>
    <w:p>
      <w:r>
        <w:t>часть шестую дополнить пунктом 42 следующего содержания: "42) граждан, претендующих на замещение должностей уполномоченного по правам потребителей финансовых услуг (далее - финансовый уполномоченный) и руководителя службы обеспечения деятельности финансового уполномоченного;"</w:t>
      </w:r>
    </w:p>
    <w:p>
      <w:r>
        <w:t>в части сорок шестой слова "Уполномоченный по правам потребителей финансовых услуг" заменить словами "Финансовый уполномоченный"</w:t>
      </w:r>
    </w:p>
    <w:p>
      <w:r>
        <w:t>в части сорок седьмой слова "уполномоченный по правам потребителей финансовых услуг" заменить словами "финансовый уполномоченный"</w:t>
      </w:r>
    </w:p>
    <w:p>
      <w:r>
        <w:t>дополнить частью пятьдесят первой следующего содержания: "Справки по операциям, счетам и вкладам физических и юридических лиц выдаются кредитной организацией Генеральному прокурору Российской Федерации, заместителям Генерального прокурора Российской Федерации, прокурорам субъектов Российской Федерации, военным и другим специализированным прокурорам, приравненным к прокурорам субъектов Российской Федерации, по их запросам в случае осуществления в соответствии с частями 1 и 2 статьи 12 Федерального закона от 3 декабря 2012 года № 230-ФЗ "О контроле за соответствием расходов лиц, замещающих государственные должности, и иных лиц их доходам" контроля за соответствием расходов лица, замещающего (занимающего) или замещавшего (занимавшего) одну из должностей, предусмотренных пунктом 1 части 1 статьи 2 указанного Федерального закона, расходов его супруги (супруга) и несовершеннолетних детей доходу данного лица и его супруги (супруга)."</w:t>
      </w:r>
    </w:p>
    <w:p>
      <w:r>
        <w:rPr>
          <w:b/>
        </w:rPr>
        <w:t>Статья 2</w:t>
      </w:r>
    </w:p>
    <w:p>
      <w:r>
        <w:t>Внести в Федеральный закон от 12 августа 1995 года № 144-ФЗ "Об оперативно-розыскной деятельности" (Собрание законодательства Российской Федерации, 1995, № 33, ст. 3349; 2005, № 49, ст. 5128; 2007, № 31, ст. 4011; 2008, № 18, ст. 1941; № 52, ст. 6227, 6235; 2011, № 1, ст. 16; № 48, ст. 6730; 2013, № 14, ст. 1661; № 26, ст. 3207; № 44, ст. 5641; № 51, ст. 6689) следующие изменения</w:t>
      </w:r>
    </w:p>
    <w:p>
      <w:r>
        <w:t>пункт 1 части третьей статьи 7: а) дополнить подпунктом 9 следующего содержания: "9) должностей служащих Центрального банка Российской Федерации;"; б) дополнить подпунктом 10 следующего содержания: "10) должностей уполномоченного по правам потребителей финансовых услуг (финансового уполномоченного) и руководителя службы обеспечения деятельности финансового уполномоченного."</w:t>
      </w:r>
    </w:p>
    <w:p>
      <w:r>
        <w:t>часть первую статьи 11 изложить в следующей редакции: "Результаты оперативно-розыскной деятельности могут быть использованы для подготовки и осуществления следственных и судебных действий, проведения оперативно-розыскных мероприятий по выявлению, предупреждению, пресечению и раскрытию преступлений, выявлению и установлению лиц, их подготавливающих, совершающих или совершивших, а также для розыска лиц, скрывшихся от органов дознания, следствия и суда, уклоняющихся от исполнения наказания и без вести пропавших, имущества, подлежащего конфискации, для принятия решений, указанных в части третьей статьи 7 настоящего Федерального закона."</w:t>
      </w:r>
    </w:p>
    <w:p>
      <w:r>
        <w:rPr>
          <w:b/>
        </w:rPr>
        <w:t>Статья 3</w:t>
      </w:r>
    </w:p>
    <w:p>
      <w:r>
        <w:t>Внести в статью 8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2012, № 50, ст. 6954; № 53, ст. 7605; 2014, № 52, ст. 7542; 2015, № 48, ст. 6720; 2016, № 27, ст. 4169; 2017, № 15, ст. 2139; 2018, № 24, ст. 3400; 2020, № 31, ст. 5018) следующие изменения</w:t>
      </w:r>
    </w:p>
    <w:p>
      <w:r>
        <w:t>в части 1: а) абзац первый дополнить словами ", иным уполномоченным лицам, определенным настоящим Федеральным законом и другими нормативными правовыми актами Российской Федерации"; б) пункт 21 изложить в следующей редакции: "21) 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уполномоченного;"</w:t>
      </w:r>
    </w:p>
    <w:p>
      <w:r>
        <w:t>часть 7 после слов "за исключением сведений, представляемых гражданами, претендующими на замещение должностей руководителей государственных (муниципальных) учреждений," дополнить словами "должностей финансовых уполномоченных и руководителя службы обеспечения деятельности финансового уполномоченного,"</w:t>
      </w:r>
    </w:p>
    <w:p>
      <w:r>
        <w:t>дополнить частью 72 следующего содержания: "72.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главного финансового уполномоченного, руководителя службы обеспечения деятельности финансового уполномоченного, и лицами, замещающими данные должности, осуществляется в порядке,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граждан и лиц определяются Президентом Российской Федерации."</w:t>
      </w:r>
    </w:p>
    <w:p>
      <w:r>
        <w:t>дополнить частью 73 следующего содержания: "73.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 финансовых услуг, и лицами, замещающими данные должности, осуществляется по решению Центрального банка Российской Федерации в порядке, устанавливаемом нормативными актами Центрального банка Российской Федерации."</w:t>
      </w:r>
    </w:p>
    <w:p>
      <w:r>
        <w:rPr>
          <w:b/>
        </w:rPr>
        <w:t>Статья 4</w:t>
      </w:r>
    </w:p>
    <w:p>
      <w:r>
        <w:t>Внести в Федеральный закон от 3 декабря 2012 года №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№ 50, ст. 6953; 2014, № 52, ст. 7542; 2015, № 45, ст. 6204; 2018, № 24, ст. 3400; № 32, ст. 5100; 2020, № 31, ст. 5018; 2021, № 1, ст. 68) следующие изменения</w:t>
      </w:r>
    </w:p>
    <w:p>
      <w:r>
        <w:t>подпункт "н" пункта 1 части 1 статьи 2 изложить в следующей редакции: "н) должности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уполномоченного;"</w:t>
      </w:r>
    </w:p>
    <w:p>
      <w:r>
        <w:t>в статье 5: а) в части 1 слова "должности финансового уполномоченного" заменить словами "должности главного финансового уполномоченного"; б) часть 4 после слов "Федерального закона," дополнить словами "и лиц, занимающих должности финансовых уполномоченных в сферах финансовых услуг,"</w:t>
      </w:r>
    </w:p>
    <w:p>
      <w:r>
        <w:t>в статье 6: а) в части 1 слова "должности финансового уполномоченного" заменить словами "должности главного финансового уполномоченного"; б) часть 4 после слов "Федерального закона," дополнить словами "и лиц, занимающих должности финансовых уполномоченных в сферах финансовых услуг,"</w:t>
      </w:r>
    </w:p>
    <w:p>
      <w:r>
        <w:t>статью 12 дополнить частью 51 следующего содержания: "51. Генеральный прокурор Российской Федерации, заместители Генерального прокурора Российской Федерации, прокуроры субъектов Российской Федерации, военные и другие специализированные прокуроры, приравненные к прокурорам субъектов Российской Федерации, при осуществлении контроля за расходами лица, замещающего (занимающего) или замещавшего (занимавшего) одну из должностей, указанных в пункте 1 части 1 статьи 2 настоящего Федерального закона, расходами его супруги (супруга) и несовершеннолетних детей вправе направлять запросы в кредитные организации об имеющейся у них информации о доходах, расходах, об имуществе и обязательствах имущественного характера данного лица, его супруги (супруга) и несовершеннолетних детей, а также об источниках получения расходуемых средств."</w:t>
      </w:r>
    </w:p>
    <w:p>
      <w:r>
        <w:rPr>
          <w:b/>
        </w:rPr>
        <w:t>Статья 5</w:t>
      </w:r>
    </w:p>
    <w:p>
      <w:r>
        <w:t>Внести в Федеральный закон от 4 июня 2018 года № 123-ФЗ "Об уполномоченном по правам потребителей финансовых услуг" (Собрание законодательства Российской Федерации, 2018, № 24, ст. 3390; 2021, № 18, ст. 3060) следующие изменения: 1) в статье 3: а) в части 7 слова ", финансового уполномоченного в сферах финансовых услуг" исключить, слова "указанные должности" заменить словами "указанную должность"; б) дополнить частью 71 следующего содержания: "71. Финансовые уполномоченные в сферах финансовых услуг в порядке, устанавливаемом нормативными актами Банка России, обязаны уведомлять Банк России о возникновении личной заинтересованности при исполнении должностных обязанностей, которая приводит или может привести к конфликту интересов. Уведомления финансовых уполномоченных в сферах финансовых услуг о возникновении личной заинтересованности при исполнении должностных обязанностей, которая приводит или может привести к конфликту интересов, рассматриваются в порядке, устанавливаемом нормативными актами Банка России."; в) дополнить частью 72 следующего содержания: "72. Финансовые уполномоченные в сферах финансовых услуг в порядке, устанавливаемом нормативными актами Банка России, обязаны уведомлять Банк России обо всех случаях обращения к ним каких-либо лиц в целях склонения к совершению коррупционных правонарушений."; 2) дополнить статьей 31 следующего содержания: "Статья 31. Ограничения, запреты и требования, установленные в целях противодействия коррупции 1. Граждане, претендующие на должности финансовых уполномоченных в сферах финансовых услуг либо занимающие указанные должности,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Банк России в порядке, установленном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 и нормативными актами Банка России.</w:t>
      </w:r>
    </w:p>
    <w:p>
      <w:r>
        <w:rPr>
          <w:b/>
        </w:rPr>
        <w:t xml:space="preserve">2. </w:t>
      </w:r>
      <w:r>
        <w:t>Сведения о доходах, расходах, об имуществе и обязательствах имущественного характера, представляемые финансовыми уполномоченными в сферах финансовых услуг в соответствии с частью 1 настоящей статьи, размещаются на официальном сайте Банка России в информационно-телекоммуникационной сети "Интернет" в порядке, устанавливаемом нормативными актами Банка России</w:t>
      </w:r>
    </w:p>
    <w:p>
      <w:r>
        <w:rPr>
          <w:b/>
        </w:rPr>
        <w:t xml:space="preserve">3. </w:t>
      </w:r>
      <w:r>
        <w:t>Контроль за соблюдением финансовыми уполномоченными в сферах финансовых услуг ограничений, запретов и требований, установленных в целях противодействия коррупции, осуществляется в порядке, устанавливаемом нормативными актами Банка России</w:t>
      </w:r>
    </w:p>
    <w:p>
      <w:r>
        <w:rPr>
          <w:b/>
        </w:rPr>
        <w:t xml:space="preserve">4. </w:t>
      </w:r>
      <w:r>
        <w:t>Банк России при осуществлении контроля за соблюдением финансовыми уполномоченными в сферах финансовых услуг ограничений, запретов и требований, установленных в целях противодействия коррупции, а также при проведении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частью 1 настоящей статьи, вправе направлять запросы в органы прокуратуры Российской Федерации, иные федеральные государственные органы, в том числе уполномоченные на осуществление оперативно-разыскной деятельности,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</w:t>
      </w:r>
    </w:p>
    <w:p>
      <w:r>
        <w:rPr>
          <w:b/>
        </w:rPr>
        <w:t xml:space="preserve">4. </w:t>
      </w:r>
      <w:r>
        <w:t>о доходах, об имуществе и обязательствах имущественного характера граждан, претендующих на должности финансовых уполномоченных в сферах финансовых услуг либо занимающих указанные должности, а также о доходах, об имуществе и обязательствах имущественного характера их супруги (супруга) и несовершеннолетних детей</w:t>
      </w:r>
    </w:p>
    <w:p>
      <w:r>
        <w:rPr>
          <w:b/>
        </w:rPr>
        <w:t xml:space="preserve">4. </w:t>
      </w:r>
      <w:r>
        <w:t>о достоверности и полноте сведений, представленных гражданами, претендующими на должности финансовых уполномоченных в сферах финансовых услуг либо занимающими указанные должности</w:t>
      </w:r>
    </w:p>
    <w:p>
      <w:r>
        <w:rPr>
          <w:b/>
        </w:rPr>
        <w:t xml:space="preserve">4. </w:t>
      </w:r>
      <w:r>
        <w:t>о соблюдении финансовыми уполномоченными в сферах финансовых услуг ограничений, запретов и требований, установленных в целях противодействия коррупции."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