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30.12.2021 № 489-ФЗ</w:t>
      </w:r>
    </w:p>
    <w:p>
      <w:r>
        <w:t>О внесении изменения в статью 7 Федерального закона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РОССИЙСКАЯ ФЕДЕРАЦИЯ ФЕДЕРАЛЬНЫЙ ЗАКОН О внесении изменения в статью 7 Федерального закона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Принят Государственной Думой 17 декабря 2021 года Одобрен Советом Федерации 24 декабря 2021 года Внести в пункт 13 части 1 статьи 7 Федерального закона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(Собрание законодательства Российской Федерации, 2015, № 29, ст. 4350; 2016, № 1, ст. 11; № 27, ст. 4293; 2018, № 27, ст. 3948, 3956; № 31, ст. 4850; 2021, № 1, ст. 3) изменение, дополнив его словами ", сбор, использование, обезвреживание, размещение, хранение, транспортировка, учет и утилизация медицинских отходов". Президент Российской Федерации В.Путин Москва, Кремль 30 декабря 2021 года № 489-ФЗ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