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45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и Федеральный закон "О ветеранах"</w:t>
      </w:r>
    </w:p>
    <w:p>
      <w:r>
        <w:rPr>
          <w:b/>
        </w:rPr>
        <w:t>Статья 1</w:t>
      </w:r>
    </w:p>
    <w:p>
      <w:r>
        <w:t>В пункте "г" части первой статьи 45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1998, № 30, ст. 3613; 2002, № 30, ст. 3033; 2003, № 27, ст. 2700; 2007, № 50, ст. 6232; 2008, № 7, ст. 543; 2009, № 45, ст. 5271; 2013, № 52, ст. 6962; 2016, № 27, ст. 4160; 2017, № 27, ст. 3951; 2019, № 40, ст. 5488; 2020, № 52, ст. 8577) слова "в подпунктах 1 - 4" заменить словами "в подпунктах 1 - 4, 8".</w:t>
      </w:r>
    </w:p>
    <w:p>
      <w:r>
        <w:rPr>
          <w:b/>
        </w:rPr>
        <w:t>Статья 2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2002, № 30, ст. 3033; № 48, ст. 4743; 2004, № 25, ст. 2480; № 27, ст. 2711; № 35, ст. 3607; 2005, № 1, ст. 25; № 19, ст. 1748; 2008, № 30, ст. 3609; 2009, № 26, ст. 3133; № 29, ст. 3623; № 30, ст. 3739; № 52, ст. 6403; 2010, № 19, ст. 2287; № 27, ст. 3433; № 30, ст. 3991; № 31, ст. 4206; № 50, ст. 6609; 2011, № 47, ст. 6608; 2013, № 27 ст. 3477; № 48, ст. 6165; 2014, № 52, ст. 7537; 2015, № 27, ст. 3967; № 48, ст. 6724; 2016, № 22, ст. 3097; № 27, ст. 4189; 2017, № 31, ст. 4766; № 45, ст. 6581; 2018, № 31, ст. 4853; 2019, № 31, ст. 4479; № 40, ст. 5488; 2021, № 1, ст. 47) следующие изменения</w:t>
      </w:r>
    </w:p>
    <w:p>
      <w:r>
        <w:t>пункт 1 статьи 3 дополнить подпунктом 8 следующего содержания: "8) прокуроры и следователи органов прокуратуры Российской Федерации, исполнявшие свои служебные обязанности в соответствии с решениями органов прокуратуры Российской Федерации в условиях вооруженного конфликта в Чеченской Республике и на прилегающих к ней территориях Российской Федерации, отнесенных к зоне вооруженного конфликта, с декабря 1994 года по декабрь 1996 года, прокуроры и следователи органов прокуратуры Российской Федерации, сотрудники Следственного комитета Российской Федерации, исполнявшие свои служебные обязанности в соответствии с решениями органов прокуратуры Российской Федерации или Следственного комитета Российской Федерации в ходе контртеррористических операций на территории Северо-Кавказского региона с августа 1999 года."</w:t>
      </w:r>
    </w:p>
    <w:p>
      <w:r>
        <w:t>подпункт 3 статьи 4 после слов "органов государственной безопасности," дополнить словами "прокуроры и следователи органов прокуратуры Российской Федерации, сотрудники Следственного комитета Российской Федерации,"</w:t>
      </w:r>
    </w:p>
    <w:p>
      <w:r>
        <w:t>пункт 3 статьи 14 после слов "органов принудительного исполнения Российской Федерации," дополнить словами "прокуроров и следователей органов прокуратуры Российской Федерации, сотрудников Следственного комитета Российской Федерации,"</w:t>
      </w:r>
    </w:p>
    <w:p>
      <w:r>
        <w:t>в абзаце первом пункта 1 статьи 16 слова "в подпунктах 1 - 4" заменить словами "в подпунктах 1 - 4, 8"</w:t>
      </w:r>
    </w:p>
    <w:p>
      <w:r>
        <w:t>пункт 3 статьи 21 после слов "органов государственной безопасности," дополнить словами "прокуроров и следователей органов прокуратуры Российской Федерации, сотрудников Следственного комитета Российской Федерации,"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