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статьи 31 и 151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следующие изменения: 1) дополнить статьей 2073 следующего содержания: "Статья 2073. Публичное распространение заведомо ложной информации об использовании Вооруженных Сил Российской Федерации 1. Публичное распространение под видом достоверных сообщений заведомо ложной информации, содержащей данные об использовании Вооруженных Сил Российской Федерации в целях защиты интересов Российской Федерации и ее граждан, поддержания международного мира и безопасности, - наказывается штрафом в размере от семисот тысяч до полутора миллионов рублей или в размере заработной платы или иного дохода осужденного за период от одного года до восемнадцати месяцев, либо исправительными работами на срок до одного года, либо принудительными работами на срок до трех лет, либо лишением свободы на тот же срок.</w:t>
      </w:r>
    </w:p>
    <w:p>
      <w:r>
        <w:rPr>
          <w:b/>
        </w:rPr>
        <w:t xml:space="preserve">2. </w:t>
      </w:r>
      <w:r>
        <w:t>То же деяние, совершенное:</w:t>
      </w:r>
    </w:p>
    <w:p>
      <w:r>
        <w:rPr>
          <w:b/>
        </w:rPr>
        <w:t xml:space="preserve">3. </w:t>
      </w:r>
      <w:r>
        <w:t>Деяния, предусмотренные частями первой и второй настоящей статьи, если они повлекли тяжкие последствия, - 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до пяти лет.";</w:t>
      </w:r>
    </w:p>
    <w:p>
      <w:r>
        <w:rPr>
          <w:b/>
        </w:rPr>
        <w:t xml:space="preserve">2. </w:t>
      </w:r>
      <w:r>
        <w:t>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повлекшие смерть по неосторожности и (или) причинение вреда здоровью граждан, имуществу, массовые нарушения общественного порядка и (или) общественной безопасности либо создавшие помехи функционированию или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 наказываются штрафом в размере от трехсот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до пяти лет с лишением права занимать определенные должности или заниматься определенной деятельностью на тот же срок.";</w:t>
      </w:r>
    </w:p>
    <w:p>
      <w:r>
        <w:rPr>
          <w:b/>
        </w:rPr>
        <w:t xml:space="preserve">2. </w:t>
      </w:r>
      <w:r>
        <w:t>лицом с использованием своего служебного положения</w:t>
      </w:r>
    </w:p>
    <w:p>
      <w:r>
        <w:rPr>
          <w:b/>
        </w:rPr>
        <w:t xml:space="preserve">2. </w:t>
      </w:r>
      <w:r>
        <w:t>группой лиц, группой лиц по предварительному сговору или организованной группой</w:t>
      </w:r>
    </w:p>
    <w:p>
      <w:r>
        <w:rPr>
          <w:b/>
        </w:rPr>
        <w:t xml:space="preserve">2. </w:t>
      </w:r>
      <w:r>
        <w:t>с искусственным созданием доказательств обвинения</w:t>
      </w:r>
    </w:p>
    <w:p>
      <w:r>
        <w:rPr>
          <w:b/>
        </w:rPr>
        <w:t xml:space="preserve">2. </w:t>
      </w:r>
      <w:r>
        <w:t>из корыстных побуждений</w:t>
      </w:r>
    </w:p>
    <w:p>
      <w:r>
        <w:rPr>
          <w:b/>
        </w:rPr>
        <w:t xml:space="preserve">2. </w:t>
      </w:r>
      <w:r>
        <w:t>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наказывается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пяти лет, либо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w:t>
      </w:r>
    </w:p>
    <w:p>
      <w:r>
        <w:rPr>
          <w:b/>
        </w:rPr>
        <w:t xml:space="preserve">3. </w:t>
      </w:r>
      <w:r>
        <w:t>дополнить статьей 2803 следующего содержания: "Статья 2803.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совершенные лицом после его привлечения к административной ответственности за аналогичное деяние в течение одного года,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арестом на срок от четырех до шести месяцев, либо лишением свободы на срок до трех лет с лишением права занимать определенные должности или заниматься определенной деятельностью на тот же срок</w:t>
      </w:r>
    </w:p>
    <w:p>
      <w:r>
        <w:rPr>
          <w:b/>
        </w:rPr>
        <w:t xml:space="preserve">2. </w:t>
      </w:r>
      <w:r>
        <w:t>главу 29 дополнить статьей 2842 следующего содержания: "Статья 2842. Призывы к введению мер ограничительного характера в отношении Российской Федерации, граждан Российской Федерации или российских юридических лиц 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либо российских юридических лиц, совершенные гражданином Российской Федерации после его привлечения к административной ответственности за аналогичное деяние в течение одного года, - наказываются штрафом в размере до пятисот тысяч рублей или в размере заработной платы или иного дохода осужденного за период до трех лет, либо ограничением свободы на срок до трех лет, либо принудительными работами на срок до трех лет, либо арестом на срок до шести месяцев, либо лишением свободы на срок до трех лет со штрафом в размере до двухсот тысяч рублей или в размере заработной платы или иного дохода осужденного за период до одного года либо без такового."</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7637; 2013, № 26, ст. 3207; № 27, ст. 3442, 3478; № 30, ст. 4031, 4050, 4078; № 44, ст. 5641; № 51, ст. 6685; № 52, ст. 6945; 2014, № 6, ст. 556; № 19, ст. 2303, 2310, 2333, 2335; № 23, ст. 2927; № 26, ст. 3385; № 30, ст. 4219, 4259, 4278; № 48, ст. 6651; 2015, № 1, ст. 81, 83, 85; № 6, ст. 885; № 10, ст. 1417; № 21, ст. 2981; № 29, ст. 4354, 4391; 2016, № 1, ст. 61; № 14, ст. 1908; № 18, ст. 2515; № 26, ст. 3868; № 27, ст. 4256, 4257, 4258, 4262; № 28, ст. 4559; № 48, ст. 6732; № 52, ст. 7485; 2017, № 15, ст. 2135; № 24, ст. 3484, 3489; № 31, ст. 4743, 4752, 4799; № 52, ст. 7935; 2018, № 1, ст. 51, 53, 85; № 18, ст. 2569, 2584; № 27, ст. 3940; № 31, ст. 4818; № 47, ст. 7134; № 53, ст. 8435, 8446, 8456; 2019, № 14, ст. 1459; № 30, ст. 4108, 4111; № 44, ст. 6175; № 52, ст. 7818; 2020, № 8, ст. 919; № 14, ст. 2030; № 15, ст. 2235; № 42, ст. 6515; № 44, ст. 6894; № 50, ст. 8070; 2021, № 9, ст. 1472; № 13, ст. 2135; № 24, ст. 4233; № 27, ст. 5069, 5109, 5113; 2022, № 1, ст. 27) следующие изменения</w:t>
      </w:r>
    </w:p>
    <w:p>
      <w:r>
        <w:t>часть первую статьи 31 после слов "2072 частью первой," дополнить словами "2073 частью первой,", после слов "274 частью первой," дополнить словами "2803 частью первой, 2842,"</w:t>
      </w:r>
    </w:p>
    <w:p>
      <w:r>
        <w:t>в части второй статьи 151: а) подпункт "а" пункта 1 после цифр "2072," дополнить цифрами "2073,", после цифр "279," дополнить цифрами "2803,", после цифр "2841," дополнить цифрами "2842,"; б) в пункте 2 цифры "275 - 281" заменить цифрами "275 - 2802, 281"; в) пункт 3 после цифр "272 - 274," дополнить цифрами "2803,"</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