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8 июня 2015 года № 140-ФЗ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 (Собрание законодательства Российской Федерации, 2015, № 24, ст. 3367; 2016, № 15, ст. 2050; 2018, № 9, ст. 1290; 2019, № 22, ст. 2666; № 48, ст. 6739) следующие изменения: 1) в статье 3: а) в части 1: в абзаце первом слова "для третьего этапа" заменить словами "для третьего и четвертого этапов"; в пункте 1 слова "ценных бумагах" заменить словами "финансовых активах"; дополнить пунктом 5 следующего содержания: "5) о наличных денежных средствах (в валюте Российской Федерации, иностранной валюте), подлежащих внесению физическим лицом на счета (вклады) в кредитных организациях Российской Федерации."; б) дополнить частью 12 следующего содержания: "12. В ходе четвертого этапа декларирования физическое лицо в срок, установленный статьей 5 настоящего Федерального закона, в декларации, содержащей сведения, указанные в части 1 настоящей статьи, отражает также следующие сведения: 1) о переводе денежных средств со счетов (вкладов) в банках, расположенных за пределами Российской Федерации, сведения о которых содержатся в декларации, на счета (вклады) декларанта в кредитных организациях Российской Федерации; 2) о переводе финансовых активов со счетов (вкладов) в банках и организациях финансового рынка, расположенных за пределами Российской Федерации, на счета (вклады) в кредитных организациях Российской Федерации или организациях финансового рынка Российской Федерации; 3) о наличных денежных средствах, подлежащих внесению физическим лицом на счета (вклады) в кредитных организациях Российской Федерации; 4) о перерегистрации транспортных средств в соответствующих государственных реестрах Российской Федерации."; в) дополнить частями 52 и 53 следующего содержания: "52. В случае, если декларация, представляемая в ходе четвертого этапа декларирования, содержит сведения, указанные в пункте 1 или 2 части 12 настоящей статьи, к декларации помимо документов и сведений, указанных в части 5 настоящей статьи, прилагаются также следующие документы: 1) отчет о движении средств по счету (вкладу) в банке или организации финансового рынка за пределами территории Российской Федерации, предусмотренный частью 7 статьи 12 Федерального закона от 10 декабря 2003 года № 173-ФЗ "О валютном регулировании и валютном контроле", за период с 1 января 2022 года по дату в пределах 15 календарных дней до даты представления декларации или по дату закрытия счета (вклада); 2) выписки по операциям на счетах (вкладах), подтверждающие зачисление денежных средств или финансовых активов на счета (вклады) декларанта в кредитных организациях Российской Федерации или организациях финансового рынка Российской Федерации, выданные и заверенные такими кредитными организациями или организациями финансового рынка.</w:t>
      </w:r>
    </w:p>
    <w:p>
      <w:r>
        <w:rPr>
          <w:b/>
        </w:rPr>
        <w:t xml:space="preserve">53. </w:t>
      </w:r>
      <w:r>
        <w:t>В случае, если декларация, представляемая в ходе четвертого этапа декларирования, содержит сведения, указанные в пункте 4 части 12 настоящей статьи, к декларации помимо документов и сведений, указанных в части 5 настоящей статьи, прилагаются документы, подтверждающие перерегистрацию транспортных средств."; г) в части 8 слова "в ходе первого и (или) второго этапов декларирования не препятствует представлению декларации в ходе третьего" заменить словами "в ходе первого, и (или) второго, и (или) третьего этапов декларирования не препятствует представлению декларации в ходе четвертого", слова "в ходе первого и (или) второго этапов декларирования представление декларации в ходе третьего" заменить словами "в ходе первого, и (или) второго, и (или) третьего этапов декларирования представление декларации в ходе четвертого";</w:t>
      </w:r>
    </w:p>
    <w:p>
      <w:r>
        <w:rPr>
          <w:b/>
        </w:rPr>
        <w:t xml:space="preserve">5. </w:t>
      </w:r>
      <w:r>
        <w:t>Гарантии, предусмотренные настоящим Федеральным законом, в отношении деяний, связанных с приобретением (формированием источников приобретения), использованием либо распоряжением транспортными средствами, информация о которых содержится в декларации, представленной в ходе четвертого этапа декларирования, предоставляются при условии их перерегистрации в соответствующих государственных реестрах Российской Федерации.";</w:t>
      </w:r>
    </w:p>
    <w:p>
      <w:r>
        <w:rPr>
          <w:b/>
        </w:rPr>
        <w:t xml:space="preserve">45. </w:t>
      </w:r>
      <w:r>
        <w:t>В случае представления сведений в отношении более чем одного объекта декларирования по каждому такому объекту имущества лист В заполняется отдельно</w:t>
      </w:r>
    </w:p>
    <w:p>
      <w:r>
        <w:rPr>
          <w:b/>
        </w:rPr>
        <w:t xml:space="preserve">46. </w:t>
      </w:r>
      <w:r>
        <w:t>В поле "Владелец" указывается соответствующая цифра: "1" - в случае, если финансовый актив принадлежит декларанту; "2" - в случае, если права собственника в отношении финансового актива осуществляет номинальный владелец. В случае, если указывается цифра "2", декларант заполняет лист Г в отношении такого номинального владельца</w:t>
      </w:r>
    </w:p>
    <w:p>
      <w:r>
        <w:rPr>
          <w:b/>
        </w:rPr>
        <w:t xml:space="preserve">47. </w:t>
      </w:r>
      <w:r>
        <w:t>В поле "Наименование финансового актива" указывается вид финансового актива, в отношении которого декларант заполняет лист В (например, акции)</w:t>
      </w:r>
    </w:p>
    <w:p>
      <w:r>
        <w:rPr>
          <w:b/>
        </w:rPr>
        <w:t xml:space="preserve">48. </w:t>
      </w:r>
      <w:r>
        <w:t>В поле "Номер договора (счета или его аналога) об оказании финансовых услуг" указывается номер договора об оказании финансовых услуг, заключенного между владельцем финансового актива и организацией финансового рынка</w:t>
      </w:r>
    </w:p>
    <w:p>
      <w:r>
        <w:rPr>
          <w:b/>
        </w:rPr>
        <w:t xml:space="preserve">49. </w:t>
      </w:r>
      <w:r>
        <w:t>В поле "Дата договора (счета или его аналога) об оказании финансовых услуг" указывается дата заключения договора об оказании финансовых услуг, заключенного между владельцем финансового актива и организацией финансового рынка</w:t>
      </w:r>
    </w:p>
    <w:p>
      <w:r>
        <w:rPr>
          <w:b/>
        </w:rPr>
        <w:t xml:space="preserve">50. </w:t>
      </w:r>
      <w:r>
        <w:t>В поле "Наименование организации финансового рынка" указывается наименование организации финансового рынка, с которой декларант (номинальный владелец) заключил договор об оказании финансовых услуг</w:t>
      </w:r>
    </w:p>
    <w:p>
      <w:r>
        <w:rPr>
          <w:b/>
        </w:rPr>
        <w:t xml:space="preserve">51. </w:t>
      </w:r>
      <w:r>
        <w:t>В поле "Номер регистрации (инкорпорации)" указывается регистрационный номер иностранной организации."; дополнить пунктами 511 - 518 следующего содержания: "511. В поле "Код налогоплательщика в стране регистрации (инкорпорации) или аналог (если имеется)" указывается идентификационный номер налогоплательщика, присвоенный организации при постановке на учет в налоговом органе по месту нахождения</w:t>
      </w:r>
    </w:p>
    <w:p>
      <w:r>
        <w:rPr>
          <w:b/>
        </w:rPr>
        <w:t xml:space="preserve">512. </w:t>
      </w:r>
      <w:r>
        <w:t>В поле "Адрес в стране регистрации (инкорпорации)" указывается полный адрес иностранной организации в стране регистрации (инкорпорации) на русском языке</w:t>
      </w:r>
    </w:p>
    <w:p>
      <w:r>
        <w:rPr>
          <w:b/>
        </w:rPr>
        <w:t xml:space="preserve">513. </w:t>
      </w:r>
      <w:r>
        <w:t>В поле "Сведения, идентифицирующие финансовый актив" указываются количество и номинальная стоимость финансового актива, выраженная в полных единицах валюты, установленной эмитентом, иные сведения (если применимо)</w:t>
      </w:r>
    </w:p>
    <w:p>
      <w:r>
        <w:rPr>
          <w:b/>
        </w:rPr>
        <w:t xml:space="preserve">514. </w:t>
      </w:r>
      <w:r>
        <w:t>В поле "Валюта" указывается валюта выражения номинальной стоимости финансового актива, установленная эмитентом</w:t>
      </w:r>
    </w:p>
    <w:p>
      <w:r>
        <w:rPr>
          <w:b/>
        </w:rPr>
        <w:t xml:space="preserve">515. </w:t>
      </w:r>
      <w:r>
        <w:t>В поле "Наименование организации финансового рынка Российской Федерации" указывается наименование организации финансового рынка Российской Федерации, на счет (вклад) которой был переведен финансовый актив</w:t>
      </w:r>
    </w:p>
    <w:p>
      <w:r>
        <w:rPr>
          <w:b/>
        </w:rPr>
        <w:t xml:space="preserve">516. </w:t>
      </w:r>
      <w:r>
        <w:t>В поле "ИНН организации финансового рынка Российской Федерации" указывается ИНН организации финансового рынка Российской Федерации, на счет (вклад) которой был переведен финансовый актив</w:t>
      </w:r>
    </w:p>
    <w:p>
      <w:r>
        <w:rPr>
          <w:b/>
        </w:rPr>
        <w:t xml:space="preserve">517. </w:t>
      </w:r>
      <w:r>
        <w:t>В поле "Дата перевода финансовых активов в Российскую Федерацию" указывается фактическая дата перевода иного финансового актива в организацию финансового рынка Российской Федерации</w:t>
      </w:r>
    </w:p>
    <w:p>
      <w:r>
        <w:rPr>
          <w:b/>
        </w:rPr>
        <w:t xml:space="preserve">518. </w:t>
      </w:r>
      <w:r>
        <w:t>Декларант также вправе указать иные сведения, идентифицирующие ценные бумаги (в частности, наименование эмитента, регистрационный номер выпуска).";</w:t>
      </w:r>
    </w:p>
    <w:p>
      <w:r>
        <w:rPr>
          <w:b/>
        </w:rPr>
        <w:t xml:space="preserve">53. </w:t>
      </w:r>
      <w:r>
        <w:t>в статье 4:</w:t>
      </w:r>
    </w:p>
    <w:p>
      <w:r>
        <w:rPr>
          <w:b/>
        </w:rPr>
        <w:t xml:space="preserve">53. </w:t>
      </w:r>
      <w:r>
        <w:t>статью 5 дополнить пунктом 4 следующего содержания: "4) с 14 марта 2022 года по 28 февраля 2023 года (в целях настоящего Федерального закона - четвертый этап декларирования)."</w:t>
      </w:r>
    </w:p>
    <w:p>
      <w:r>
        <w:rPr>
          <w:b/>
        </w:rPr>
        <w:t xml:space="preserve">53. </w:t>
      </w:r>
      <w:r>
        <w:t>в статье 6:</w:t>
      </w:r>
    </w:p>
    <w:p>
      <w:r>
        <w:rPr>
          <w:b/>
        </w:rPr>
        <w:t xml:space="preserve">53. </w:t>
      </w:r>
      <w:r>
        <w:t>в части 1: в пункте 1 слово "имуществом" заменить словом "имуществом,", после слов "иностранными компаниями," дополнить словами "и (или) наличными денежными средствами,"; в пункте 2 слово "имуществом" заменить словом "имуществом,", после слов "иностранными компаниями," дополнить словами "и (или) наличными денежными средствами,"; в пункте 3 слово "имуществом" заменить словом "имуществом,", после слов "иностранными компаниями," дополнить словами "и (или) наличными денежными средствами,"</w:t>
      </w:r>
    </w:p>
    <w:p>
      <w:r>
        <w:rPr>
          <w:b/>
        </w:rPr>
        <w:t xml:space="preserve">53. </w:t>
      </w:r>
      <w:r>
        <w:t>часть 10 после слов "имущества (контролируемых иностранных компаний," дополнить словами "наличных денежных средств,", после слов "иностранными компаниями" дополнить словами ", наличными денежными средствами"</w:t>
      </w:r>
    </w:p>
    <w:p>
      <w:r>
        <w:rPr>
          <w:b/>
        </w:rPr>
        <w:t xml:space="preserve">53. </w:t>
      </w:r>
      <w:r>
        <w:t>часть 13 дополнить пунктом 4 следующего содержания: "4) до 1 января 2022 года - при представлении декларации в ходе четвертого этапа декларирования."</w:t>
      </w:r>
    </w:p>
    <w:p>
      <w:r>
        <w:rPr>
          <w:b/>
        </w:rPr>
        <w:t xml:space="preserve">53. </w:t>
      </w:r>
      <w:r>
        <w:t>дополнить частью 15 следующего содержания: "15. В отношении наличных денежных средств гарантии предоставляются при условии, что декларант в 30-дневный срок с даты представления декларации в налоговый орган внес указанные в декларации наличные денежные средства на счета (вклады) физического лица в кредитных организациях Российской Федерации."</w:t>
      </w:r>
    </w:p>
    <w:p>
      <w:r>
        <w:rPr>
          <w:b/>
        </w:rPr>
        <w:t xml:space="preserve">53. </w:t>
      </w:r>
      <w:r>
        <w:t>в части 1 слова "частями 2 и 3" заменить словами "частями 2 - 5"</w:t>
      </w:r>
    </w:p>
    <w:p>
      <w:r>
        <w:rPr>
          <w:b/>
        </w:rPr>
        <w:t xml:space="preserve">53. </w:t>
      </w:r>
      <w:r>
        <w:t>дополнить частями 4 и 5 следующего содержания: "4. Гарантии, предусмотренные настоящим Федеральным законом, в отношении деяний, связанных с открытием и (или) зачислением денежных средств или финансовых активов на счета (вклады), информация о которых содержится в декларации, представленной в ходе четвертого этапа декларирования, предоставляются при условии перевода всех денежных средств или финансовых активов со счетов (вкладов) в банках или организациях финансового рынка, расположенных за пределами Российской Федерации, на счета (вклады) декларанта в кредитных организациях Российской Федерации или организациях финансового рынка Российской Федерации до даты представления декларации</w:t>
      </w:r>
    </w:p>
    <w:p>
      <w:r>
        <w:rPr>
          <w:b/>
        </w:rPr>
        <w:t xml:space="preserve">5. </w:t>
      </w:r>
      <w:r>
        <w:t>в статье 7:</w:t>
      </w:r>
    </w:p>
    <w:p>
      <w:r>
        <w:rPr>
          <w:b/>
        </w:rPr>
        <w:t xml:space="preserve">5. </w:t>
      </w:r>
      <w:r>
        <w:t>в приложении 1:</w:t>
      </w:r>
    </w:p>
    <w:p>
      <w:r>
        <w:rPr>
          <w:b/>
        </w:rPr>
        <w:t xml:space="preserve">5. </w:t>
      </w:r>
      <w:r>
        <w:t>в приложении 2:</w:t>
      </w:r>
    </w:p>
    <w:p>
      <w:r>
        <w:rPr>
          <w:b/>
        </w:rPr>
        <w:t xml:space="preserve">5. </w:t>
      </w:r>
      <w:r>
        <w:t>часть 11 дополнить пунктом 4 следующего содержания: "4) открытым до 1 января 2022 года (включая счета (вклады), закрытые на дату представления декларации), - для счетов (вкладов), сведения о которых содержатся в декларациях, представленных в ходе четвертого этапа декларирования."</w:t>
      </w:r>
    </w:p>
    <w:p>
      <w:r>
        <w:rPr>
          <w:b/>
        </w:rPr>
        <w:t xml:space="preserve">5. </w:t>
      </w:r>
      <w:r>
        <w:t>часть 31 дополнить пунктом 4 следующего содержания: "4) открытым до 1 января 2022 года (включая счета (вклады), закрытые на дату представления декларации), - для счетов (вкладов), сведения о которых содержатся в декларациях, представленных в ходе четвертого этапа декларирования."</w:t>
      </w:r>
    </w:p>
    <w:p>
      <w:r>
        <w:rPr>
          <w:b/>
        </w:rPr>
        <w:t xml:space="preserve">5. </w:t>
      </w:r>
      <w:r>
        <w:t>дополнить частью 5 следующего содержания: "5. Валютные операции с наличными денежными средствами, сведения о которых раскрыты в декларации, совершенные до даты представления декларации и с даты ее представления до истечения 30 дней, признаются совершенными без нарушения Федерального закона от 10 декабря 2003 года № 173-ФЗ "О валютном регулировании и валютном контроле"."</w:t>
      </w:r>
    </w:p>
    <w:p>
      <w:r>
        <w:rPr>
          <w:b/>
        </w:rPr>
        <w:t xml:space="preserve">5. </w:t>
      </w:r>
      <w:r>
        <w:t>лист А1 изложить в следующей редакции: "Лист А1. Сведения о транспортном средстве Собственник: 1 - декларант 2 - номинальный владелец Сведения, идентифицирующие транспортное средство ___________________________________________________________________________ ___________________________________________________________________________ ___________________________________________________________________________ Наименование транспортного средства _________________________________________ ___________________________________________________________________________ ___________________________________________________________________________ ___________________________________________________________________________ Регистрационный номер______________________________________________________ ___________________________________________________________________________ Адрес регистрации__________________________________________________________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 Иные сведения (если применимо)______________________________________________ ___________________________________________________________________________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 Дата перерегистрации транспортного средства на территории Российской Федерации__________________________________________________________________ ___________________________________________________________________________ ___________________________________________________________________________ Достоверность сведений, указанных на данной странице, подтверждаю: (подпись) (дата) Стр. __________________ Фамилия ________________________И.__________________О.___________________"</w:t>
      </w:r>
    </w:p>
    <w:p>
      <w:r>
        <w:rPr>
          <w:b/>
        </w:rPr>
        <w:t xml:space="preserve">5. </w:t>
      </w:r>
      <w:r>
        <w:t>лист В изложить в следующей редакции: "Лист В. Сведения о финансовых активах Владелец: 1 - декларант 2 - номинальный владелец 1. Наименование финансового актива ___________________________________________________________________________ 2. Номер договора (счета или его аналога) об оказании финансовых услуг ___________________________________________________________________________ 3. Дата договора (счета или его аналога) об оказании финансовых услуг ___________________________________________________________________________ 4. Сведения об организации финансового рынка, с которой декларант (номинальный владелец) финансового актива заключил договор об оказании финансовых услуг Наименование организации финансового рынка ___________________________________________________________________________ Номер регистрации (инкорпорации) ___________________________________________________________________________ Код налогоплательщика в стране регистрации (инкорпорации) или аналог (если имеется)___________________________________________________________________ Адрес в стране регистрации (инкорпорации)_____________________________________ ___________________________________________________________________________ ___________________________________________________________________________ ___________________________________________________________________________ 5. Сведения, идентифицирующие финансовый актив Количество _________________________________________________________________ Номинальная стоимость______________________________________________________ Валюта____________________________________________________________________ Иные сведения (если применимо)______________________________________________ ___________________________________________________________________________ ___________________________________________________________________________ ___________________________________________________________________________ 6. Наименование организации финансового рынка Российской Федерации ___________________________________________________________________________ ___________________________________________________________________________ ___________________________________________________________________________ 7. ИНН организации финансового рынка Российской Федерации ___________________________________________________________________________ 8. Дата перевода финансовых активов в Российскую Федерацию __________________________________________________________________________ Достоверность сведений, указанных на данной странице, подтверждаю: (подпись) (дата) Стр. _________________ Фамилия ______________________И.____________________О.___________________"</w:t>
      </w:r>
    </w:p>
    <w:p>
      <w:r>
        <w:rPr>
          <w:b/>
        </w:rPr>
        <w:t xml:space="preserve">5. </w:t>
      </w:r>
      <w:r>
        <w:t>раздел V дополнить пунктом 341 следующего содержания: "341. В поле "Дата перерегистрации транспортного средства на территории Российской Федерации" указываются сведения о дате перерегистрации транспортного средства в соответствующих государственных реестрах Российской Федерации."</w:t>
      </w:r>
    </w:p>
    <w:p>
      <w:r>
        <w:rPr>
          <w:b/>
        </w:rPr>
        <w:t xml:space="preserve">5. </w:t>
      </w:r>
      <w:r>
        <w:t>в разделе VII: наименование изложить в следующей редакции: "VII. Порядок заполнения листа В "Сведения о финансовых активах"; пункты 44 - 51 изложить в следующей редакции: "44. Лист В заполняется в отношении финансовых активов, а именно ценных бумаг, производных финансовых инструментов, права требования из договора страхования, а также иных активов, являющихся предметом договора между декларантом и организацией финансового рынка, предусматривающего оказание финансовых услуг (за исключением денежных средств, а также акций, указанных на листе Б) (далее - финансовые активы)</w:t>
      </w:r>
    </w:p>
    <w:p>
      <w:r>
        <w:rPr>
          <w:b/>
        </w:rPr>
        <w:t xml:space="preserve">518. </w:t>
      </w:r>
      <w:r>
        <w:t>раздел XIV дополнить пунктом 931 следующего содержания: "931. На листе И декларант также раскрывает сведения о наличных денежных средствах, подлежащих внесению физическим лицом на счета (вклады) в кредитных организациях Российской Федерации, путем указания суммы денежных средств и наименования валюты денежных средств в цифровом выражении и прописью."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