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18 Федерального закона "О пожарной безопасности"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