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11.17 Кодекса Российской Федерации об административных правонарушениях и статью 1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2008, № 20, ст. 2259; № 52, ст. 6235, 6236; 2009, № 29, ст. 3597; № 52, ст. 6412; 2010, № 1, ст. 1; № 19, ст. 2291; № 31, ст. 4193; 2011, № 1, ст. 23; № 19, ст. 2714;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43, ст. 5444;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4259; № 50, ст. 6975; 2017, № 1, ст. 12, 31; № 11, ст. 1535; № 17, ст. 2456; № 18, ст. 2664; № 23, ст. 3227; № 31, ст. 4814, 4816; № 47, ст. 6851; № 52, ст. 7937; 2018, № 1, ст. 21, 30, 35; № 7, ст. 973; № 31, ст. 4825, 4826,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14, ст. 2019, 2029; № 30, ст. 4744; № 31, ст. 5037; № 42, ст. 6526; № 50, ст. 8065; 2021, № 1, ст. 50, 51, 52; № 9, ст. 1461, 1466, 1471; № 11, ст. 1701, 1702; № 13, ст. 2141; № 15, ст. 2425, 2431; № 18, ст. 3046; № 24, ст. 4218, 4221, 4223, 4224; № 27, ст. 5060, 5111; № 52, ст. 8978; 2022, № 1, ст. 49; № 5, ст. 676; № 8, ст. 1032; № 10, ст. 1388) следующие изменения</w:t>
      </w:r>
    </w:p>
    <w:p>
      <w:r>
        <w:t>в абзаце первом части 1 статьи 3.5 после слов "частью 3 статьи 19.27, частью 2 статьи 19.341," дополнить словами "частью 1 статьи 20.33, статьей 20.34,", после слов "статьей 20.32," дополнить словами "частью 2 статьи 20.33,", слова "частью 2 статьи 20.32, статьей" заменить словами "частью 2 статьи 20.32, частью 1 статьи 20.33, статьями 20.34,", после слов "статьи 19.4, частью 2 статьи 19.75-3" дополнить словами ", частью 2 статьи 20.33"</w:t>
      </w:r>
    </w:p>
    <w:p>
      <w:r>
        <w:t>в абзаце втором части 1 статьи 11.17 слово "ста" заменить словами "от двух тысяч до четырех тысяч"</w:t>
      </w:r>
    </w:p>
    <w:p>
      <w:r>
        <w:rPr>
          <w:b/>
        </w:rPr>
        <w:t>Статья 2</w:t>
      </w:r>
    </w:p>
    <w:p>
      <w:r>
        <w:t>Пункт 3 статьи 1 Федерального закона от 4 марта 2022 года № 31-ФЗ "О внесении изменений в Кодекс Российской Федерации об административных правонарушениях" (Собрание законодательства Российской Федерации, 2022, № 10, ст. 1388) исключить.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