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пожарной безопасности" и статью 3 Федерального закона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21 декабря 1994 года № 69-ФЗ "О пожарной безопасности" (Собрание законодательства Российской Федерации, 1994, № 35, ст. 3649; 2004, № 35, ст. 3607; 2006, № 44, ст. 4537; 2008, № 30, ст. 3593; 2009, № 29, ст. 3635; 2011, № 30, ст. 4590; № 49, ст. 7023; 2013, № 27, ст. 3477; 2015, № 10, ст. 1407; № 18, ст. 2621; № 29, ст. 4360; 2016, № 1, ст. 68; 2018, № 31, ст. 4861; 2019, № 52, ст. 7805; 2020, № 52, ст. 8600; 2021, № 24, ст. 4188) следующие изменения</w:t>
      </w:r>
    </w:p>
    <w:p>
      <w:r>
        <w:t>в абзаце третьем части третьей статьи 5 слова "региональных центров по делам гражданской обороны, чрезвычайным ситуациям и ликвидации последствий стихийных бедствий," исключить</w:t>
      </w:r>
    </w:p>
    <w:p>
      <w:r>
        <w:t>часть четвертую статьи 10 дополнить предложением следующего содержания: "Обеспечение объектовых, специальных и воинских подразделений федеральной противопожарной службы движимым и недвижимым имуществом, необходимым для выполнения возложенных на указанные подразделения задач и находящимся на балансе организаций, включенных в утвержденный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на которых создаются объектовые, специальные и воинские подразделения федеральной противопожарной службы, а также содержание такого имущества может осуществляться за счет средств указанных организаций."</w:t>
      </w:r>
    </w:p>
    <w:p>
      <w:r>
        <w:t>часть первую статьи 12 изложить в следующей редакции: "Федеральные органы исполнительной власти, а также эксплуатирующие опасные производственные объекты государственные корпорации и организации, включенные в утвержденный Президентом Российской Федерации перечень стратегических предприятий и стратегических акционерных обществ, в целях обеспечения пожарной безопасности на подведомственных объектах могут создавать органы управления и подразделения ведомственной пожарной охраны."</w:t>
      </w:r>
    </w:p>
    <w:p>
      <w:r>
        <w:t>часть первую статьи 121 дополнить словами "(за исключением эксплуатирующих опасные производственные объекты государственных корпораций и организаций, включенных в утвержденный Президентом Российской Федерации перечень стратегических предприятий и стратегических акционерных обществ, и подведомственных им объектов)"</w:t>
      </w:r>
    </w:p>
    <w:p>
      <w:r>
        <w:t>в статье 222: а) абзац третий части шестой изложить в следующей редакции: "местного пожарно-спасательного гарнизона - начальник расположенного на территории муниципального образования подразделения Государственной противопожарной службы, к функциям которого отнесены профилактика и тушение пожаров."; б) в части седьмой слова ", по представлениям руководителей территориальных органов федерального органа исполнительной власти, уполномоченного на решение задач в области пожарной безопасности, - региональных центров по делам гражданской обороны, чрезвычайным ситуациям и ликвидации последствий стихийных бедствий" исключить; в) в части восьмой слово "утверждается" заменить словами "и начальники таких гарнизонов утверждаются"</w:t>
      </w:r>
    </w:p>
    <w:p>
      <w:r>
        <w:t>часть пятую статьи 27 после слова "компетенции" дополнить словами "сведений, подтверждающих факт возникновения пожара, заинтересованным лицам,"</w:t>
      </w:r>
    </w:p>
    <w:p>
      <w:r>
        <w:t>часть первую статьи 37 дополнить абзацем следующего содержания: "обеспечивать на безвозмездной основе на основании заключенных в соответствии с Гражданским кодексом Российской Федерации договоров объектовые, специальные и воинские подразделения федеральной противопожарной службы движимым и недвижимым имуществом, необходимым для выполнения возложенных на указанные подразделения задач и находящимся на балансе организаций, включенных в утвержденный Правительством Российской Федерации перечень объектов, критически важных для национальной безопасности страны, других особо важных пожароопасных объектов, особо ценных объектов культурного наследия народов Российской Федерации, на которых создаются объектовые, специальные и воинские подразделения федеральной противопожарной службы, а также нести расходы по содержанию такого имущества."</w:t>
      </w:r>
    </w:p>
    <w:p>
      <w:r>
        <w:rPr>
          <w:b/>
        </w:rPr>
        <w:t>Статья 2</w:t>
      </w:r>
    </w:p>
    <w:p>
      <w:r>
        <w:t>В пункте 1 статьи 3 Федерального закона от 23 мая 2016 года № 141-ФЗ "О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Федерации" (Собрание законодательства Российской Федерации, 2016, № 22, ст. 3089) слова "региональных центрах по делам гражданской обороны, чрезвычайным ситуациям и ликвидации последствий стихийных бедствий," исключить.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пунктов 3 и 4 статьи 1 настоящего Федерального закона</w:t>
      </w:r>
    </w:p>
    <w:p>
      <w:r>
        <w:rPr>
          <w:b/>
        </w:rPr>
        <w:t xml:space="preserve">2. </w:t>
      </w:r>
      <w:r>
        <w:t>Пункты 3 и 4 статьи 1 настоящего Федерального закона вступают в силу с 1 января 2023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