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Федерального закона "О противодействии легализации (отмыванию) доходов, полученных преступным путем, и финансированию терроризма"</w:t>
      </w:r>
    </w:p>
    <w:p>
      <w:r>
        <w:rPr>
          <w:b/>
        </w:rPr>
        <w:t>Статья 1</w:t>
      </w:r>
    </w:p>
    <w:p>
      <w:r>
        <w:t>Внести в пункт 15-6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5061, 5094, 5171, 5183; № 47, ст. 7739; № 52, ст. 8982; 2022, № 1, ст. 52) изменения, заменив слова "деятельность центра учета переводов интерактивных ставок букмекерских контор или" словами "функции единого центра учета переводов ставок букмекерских контор и", слова "с Федеральным законом" словами "со статьей 142 Федерального закона".</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