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17-1 Федерального закона "Об обороне" и статью 31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Статью 171 Федерального закона от 31 мая 1996 года № 61-ФЗ "Об обороне" (Собрание законодательства Российской Федерации, 1996, № 23, ст. 2750; 2019, № 52, ст. 7836) дополнить пунктами 8 - 10 следующего содержания: "8. Первая помощь военнослужащим Вооруженных Сил Российской Федерации, других войск, воинских формирований и органов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 до оказания им медицинской помощи оказывается медицинскими специалистами медицинских (военно-медицинских) организаций, частей и медицинских (военно-медицинских) подразделений, а также самим пострадавшим (самопомощь) или находящимися вблизи лицами (взаимопомощь).</w:t>
      </w:r>
    </w:p>
    <w:p>
      <w:r>
        <w:rPr>
          <w:b/>
        </w:rPr>
        <w:t xml:space="preserve">9. </w:t>
      </w:r>
      <w:r>
        <w:t>Перечень состояний, при которых оказывается первая помощь, правила ее оказания, стандарт оснащения аптечек, сумок и комплектов медицинского имущества разрабатываются и утверждаются Министерством обороны Российской Федерации. Федеральными органами исполнительной власти (органами), уполномоченными в области управления другими войсками, воинскими формированиями и органами, могут устанавливаться особенности оснащения аптечек, сумок и комплектов медицинского имущества</w:t>
      </w:r>
    </w:p>
    <w:p>
      <w:r>
        <w:rPr>
          <w:b/>
        </w:rPr>
        <w:t xml:space="preserve">10. </w:t>
      </w:r>
      <w:r>
        <w:t>Порядок организации подготовки военнослужащих и медицинских специалистов медицинских (военно-медицинских) организаций, частей и медицинских (военно-медицинских) подразделений по проведению мероприятий по оказанию первой помощи, в том числе программы подготовки, разрабатывается и утверждается Министерством обороны Российской Федерации, федеральными органами исполнительной власти (органами), уполномоченными в области управления другими войсками, воинскими формированиями и органами."</w:t>
      </w:r>
    </w:p>
    <w:p>
      <w:r>
        <w:rPr>
          <w:b/>
        </w:rPr>
        <w:t>Статья 2</w:t>
      </w:r>
    </w:p>
    <w:p>
      <w:r>
        <w:t>Внести в статью 31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следующие изменения</w:t>
      </w:r>
    </w:p>
    <w:p>
      <w:r>
        <w:t>часть 1 изложить в следующей редакции: "1. Первая помощь до оказания медицинской помощи оказывается гражданам при несчастных случаях, травмах, ранениях, поражениях, отравлениях, других состояниях и заболеваниях, угрожающих их жизни и здоровью, лицами, обязанными оказывать первую помощь в соответствии с федеральным законом или со специальными правилами и имеющими соответствующую подготовку,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формирований и аварийно-спасательных служб, а также самим пострадавшим (самопомощь) или находящимися вблизи лицами (взаимопомощь) в случаях, предусмотренных федеральными законами."</w:t>
      </w:r>
    </w:p>
    <w:p>
      <w:r>
        <w:t>часть 2 дополнить словами ", если иное не предусмотрено федеральными законами"</w:t>
      </w:r>
    </w:p>
    <w:p>
      <w:r>
        <w:t>часть 3 дополнить словами ", если иное не предусмотрено федеральными законами"</w:t>
      </w:r>
    </w:p>
    <w:p>
      <w:r>
        <w:t>дополнить частью 31 следующего содержания: "31. Перечень состояний, при которых оказывается первая помощь военнослужащим Вооруженных Сил Российской Федерации, других войск, воинских формирований и органов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обороны, правила ее оказания и порядок организации подготовки военнослужащих по оказанию первой помощи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 определяются законодательством Российской Федерации в области обороны."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