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статусе военнослужащих"</w:t>
      </w:r>
    </w:p>
    <w:p>
      <w:r>
        <w:rPr>
          <w:b/>
        </w:rPr>
        <w:t>Статья 1</w:t>
      </w:r>
    </w:p>
    <w:p>
      <w:r>
        <w:t>Внести в Федеральный закон от 27 мая 1998 года № 76-ФЗ "О статусе военнослужащих" (Собрание законодательства Российской Федерации, 1998, № 22, ст. 2331; 2002, № 19, ст. 1794; 2003, № 46, ст. 4437; 2004, № 30, ст. 3089; № 35, ст. 3607; 2006, № 19, ст. 2062, 2067; № 29, ст. 3122; 2007, № 50, ст. 6237; 2008, № 30, ст. 3616; № 49, ст. 5723; 2009, № 52, ст. 6415; 2010, № 50, ст. 6600; 2011, № 51, ст. 7448; 2012, № 25, ст. 3270; № 26, ст. 3443; 2013, № 27, ст. 3477; № 43, ст. 5447; № 44, ст. 5636, 5637; № 48, ст. 6165; № 52, ст. 6970; 2014, № 23, ст. 2930; № 48, ст. 6641; 2018, № 31, ст. 4847; № 32, ст. 5102; 2019, № 42, ст. 5804; № 49, ст. 6975; 2020, № 9, ст. 1121; № 24, ст. 3750; № 29, ст. 4511; № 31, ст. 5046; 2022, № 5, ст. 678) следующие изменения: 1) в статье 15: а) в пункте 1: абзац второй признать утратившим силу; в абзаце третьем слова "совместно проживающим" заменить словами "проживающим совместно", после слов "военная служба," дополнить словами "либо уполномоченными ими органом или учреждением", слова "по месту военной службы, а при увольнении с военной службы по достижении ими предельного возраста пребывания на военной службе, по состоянию здоровья или в связи с организационно-штатными мероприятиями при общей продолжительности военной службы 10 лет и более -" заменить словами "либо уполномоченными ими органом или учреждением -"; абзацы четвертый - десятый признать утратившими силу; в абзаце одиннадцатом слова "За военнослужащими, обеспечиваемыми служебными жилыми помещениями," заменить словами "За военнослужащими-гражданами"; абзац двенадцатый изложить в следующей редакции: "Военнослужащим - гражданам, назначенным на воинские должности после получения профессионального образования в военной профессиональной образовательной организации или военной образовательной организации высшего образования и получения в связи с этим офицерского звания (начиная с 1 января 1998 года), офицерам, заключившим первый контракт о прохождении военной службы начиная с 1 января 1998 года, прапорщикам и мичманам, сержантам и старшинам, солдатам и матросам, являющимся гражданами, поступившими на военную службу по контракту начиная с 1 января 1998 года, и проживающим совместно с ними членам их семей, признанным нуждающимися в жилых помещениях, по достижении указанными военнослужащими-гражданами общей продолжительности военной службы 20 лет и более, а при увольнении с военной службы по достижении ими предельного возраста пребывания на военной службе, по состоянию здоровья или в связи с организационно-штатными мероприятиями при общей продолжительности военной службы 10 лет и более федеральным органом исполнительной власти или федеральным государственным органом, в которых федеральным законом предусмотрена военная служба, либо уполномоченными ими органом или учреждением предоставляются жилищная субсидия либо жилые помещения, находящиеся в федеральной собственности, по выбору указанных граждан в собственность бесплатно или по договору социального найма с указанными федеральным органом исполнительной власти или федеральным государственным органом либо уполномоченными ими органом или учреждением по избранному месту жительства в соответствии с нормами предоставления площади жилого помещения, предусмотренными статьей 151 настоящего Федерального закона."; абзац тринадцатый после слов "военной службы," дополнить словами "федеральным органом исполнительной власти или федеральным государственным органом, в которых федеральным законом предусмотрена военная служба, либо уполномоченными ими органом или учреждением"; абзацы пятнадцатый и восемнадцатый признать утратившими силу; б) пункты 3 и 4 признать утратившими силу; в) пункт 6 изложить в следующей редакции: "6. Военнослужащие-граждане, граждане, уволенные с военной службы, и члены их семей вправе приобрести в собственность в порядке приватизации в соответствии с федеральными законами и иными нормативными правовыми актами Российской Федерации занимаемые ими на условиях социального найма жилые помещения, за исключением жилых помещений в закрытых военных городках. Передача указанным гражданам, а также лицам, указанным в абзаце первом пункта 31 статьи 24 настоящего Федерального закона, жилых помещений, находящихся в федеральной собственности, в порядке приватизации осуществляется в порядке, определенном федеральным органом исполнительной власти или федеральным государственным органом, в которых федеральным законом предусмотрена военная служба."; г) пункт 9 изложить в следующей редакции: "9. За военнослужащими - гражданами, проходящими военную службу по контракту, направленными для прохождения военной службы за пределы территории Российской Федерации, в районы Крайнего Севера, приравненные к ним местности и другие местности с неблагоприятными климатическими или экологическими условиями, сохраняется право пользования занимаемыми ими жилыми помещениями государственного или муниципального жилищного фонда социального использования на все время их пребывания за пределами территории Российской Федерации или в указанных районах и местностях."; д) в пункте 14: в абзаце первом слова "совместно проживающими" заменить словами "проживающими совместно"; абзац второй признать утратившим силу; е) пункт 17 изложить в следующей редакции: "17. Денежные средства на приобретение или строительство жилых помещений либо жилые помещения в собственность бесплатно или по договору социального найма в соответствии с настоящим Федеральным законом вне очереди предоставляются военнослужащим-гражданам и гражданам, уволенным с военной службы: удостоенным звания Героя Российской Федерации; имеющим общую продолжительность военной службы 10 лет и более, подлежащим увольнению либо уволенным с военной службы по состоянию здоровья в связи с признанием их военно-врачебной комиссией не годными к военной службе; имеющим общую продолжительность военной службы 10 лет и более, подлежащим увольнению либо уволенным с военной службы по состоянию здоровья с воинской должности, для которой штатом предусмотрено воинское звание до старшины или главного корабельного старшины включительно, в связи с признанием их военно-врачебной комиссией ограниченно годными к военной службе; имеющим трех и более детей, проживающих совместно с военнослужащими-гражданами и гражданами, уволенными с военной службы; относящимся к иным категориям граждан, которым в соответствии с настоящим Федеральным законом и другими федеральными законами жилые помещения предоставляются вне очереди."; ж) дополнить пунктом 20 следующего содержания: "20. Требования нормативных правовых актов субъектов Российской Федерации и муниципальных нормативных правовых актов о минимальном сроке (периоде) проживания либо пребывания на территории соответствующего субъекта Российской Федерации или муниципального образования, необходимом для признания граждан нуждающимися в жилых помещениях либо для предоставления (оказания) иных мер поддержки, связанных с обеспечением указанных граждан жилыми помещениями либо денежными средствами на приобретение или строительство жилых помещений, не распространяются на: военнослужащих - граждан, проходящих военную службу по контракту, и проживающих совместно с ними членов их семей, указанных в пункте 5 статьи 2 настоящего Федерального закона, при подаче ими заявления о признании нуждающимися в жилых помещениях в органы государственной власти субъектов Российской Федерации или органы местного самоуправления по месту прохождения военной службы; граждан, проходивших военную службу по контракту и уволенных с военной службы, и проживающих совместно с ними членов их семей, указанных в пункте 5 статьи 2 настоящего Федерального закона, членов семей граждан, погибших (умерших) после увольнения с военной службы, в том числе вдов (вдовцов) граждан, погибших (умерших) после увольнения с военной службы, до повторного вступления в брак, при подаче ими заявления о признании нуждающимися в жилых помещениях в органы государственной власти субъектов Российской Федерации или органы местного самоуправления по месту постановки погибших (умерших) граждан, уволенных с военной службы, на воинский учет после увольнения с военной службы; членов семей военнослужащих - граждан, погибших (умерших) в период прохождения военной службы, в том числе вдов (вдовцов) указанных военнослужащих-граждан до повторного вступления в брак, при подаче ими заявления о признании нуждающимися в жилых помещениях в органы государственной власти субъектов Российской Федерации или органы местного самоуправления по месту прохождения погибшими (умершими) военнослужащими-гражданами военной службы либо по месту получения пенсии по случаю потери кормильца."; 2) в абзаце первом пункта 2 статьи 151 слова ", в том числе служебного жилого помещения," исключить; 3) дополнить статьями 152 и 153 следующего содержания: "Статья 152. Обеспечение военнослужащих служебными жилыми помещениями, жилыми помещениями в общежитиях 1. Военнослужащие - граждане, проходящие военную службу по контракту, и проживающие совместно с ними члены их семей, не обеспеченные жилыми помещениями в населенных пунктах, в которых располагаются воинские части (организации, учреждения, органы), закрытых военных городках или близлежащих населенных пунктах, включаются федеральными органами исполнительной власти или федеральными государственными органами, в которых федеральным законом предусмотрена военная служба, либо уполномоченными ими органом или учреждением в списки нуждающихся в специализированных жилых помещениях и обеспечиваются служебными жилыми помещениями, жилыми помещениями в общежитиях. При этом указанным военнослужащим - гражданам, прибывшим на новое место военной службы, и проживающим совместно с ними членам их семей служебные жилые помещения, жилые помещения в общежитиях предоставляются не позднее трехмесячного срока со дня прибытия на новое место военной службы.</w:t>
      </w:r>
    </w:p>
    <w:p>
      <w:r>
        <w:rPr>
          <w:b/>
        </w:rPr>
        <w:t xml:space="preserve">2. </w:t>
      </w:r>
      <w:r>
        <w:t>Не является основанием для отказа во включении военнослужащих - граждан, проходящих военную службу по контракту, и проживающих совместно с ними членов их семей в списки нуждающихся в специализированных жилых помещениях: наличие у военнослужащих - граждан, проходящих военную службу по контракту, и проживающих совместно с ними членов их семей в собственности индивидуальных жилых домов (жилых помещений), в том числе полученных по решению о предоставлении жилого помещения в собственность бесплатно либо приобретенных за счет денежных средств на приобретение или строительство жилых помещений, предоставленных в соответствии с настоящим Федеральным законом, другими федеральными законами и иными нормативными правовыми актами Российской Федерации; пользование военнослужащими - гражданами, проходящими военную службу по контракту, и проживающими совместно с ними членами их семей жилыми помещениями по договорам социального найма, в том числе предоставленными по указанным договорам в соответствии с настоящим Федеральным законом, другими федеральными законами и иными нормативными правовыми актами Российской Федерации; сохранение в соответствии с федеральными законами и иными нормативными правовыми актами Российской Федерации за военнослужащими - гражданами, проходящими военную службу по контракту, и проживающими совместно с ними членами их семей на весь срок их военной службы права пользования жилыми помещениями по месту жительства до поступления на военную службу. Жилые помещения, указанные в абзацах втором - четвертом настоящего пункта, не должны находиться в населенных пунктах, указанных в пункте 3 настоящей статьи, и закрытых военных городках</w:t>
      </w:r>
    </w:p>
    <w:p>
      <w:r>
        <w:rPr>
          <w:b/>
        </w:rPr>
        <w:t xml:space="preserve">3. </w:t>
      </w:r>
      <w:r>
        <w:t>Служебные жилые помещения, жилые помещения в общежитиях, а также арендованные жилые помещения, предоставляемые в случае, установленном пунктом 7 настоящей статьи, предоставляются в населенных пунктах, в которых располагаются воинские части (организации, учреждения, органы), закрытых военных городках, а при отсутствии возможности предоставить такие жилые помещения в указанных населенных пунктах - в других близлежащих населенных пунктах по решению федерального органа исполнительной власти или федерального государственного органа, в которых федеральным законом предусмотрена военная служба, либо уполномоченных ими органа или учреждения с учетом необходимости поддержания боевой готовности воинских частей и обеспечения своевременности прибытия военнослужащих к месту военной службы</w:t>
      </w:r>
    </w:p>
    <w:p>
      <w:r>
        <w:rPr>
          <w:b/>
        </w:rPr>
        <w:t xml:space="preserve">4. </w:t>
      </w:r>
      <w:r>
        <w:t>Порядок включения военнослужащих-граждан и проживающих совместно с ними членов их семей в списки нуждающихся в специализированных жилых помещениях и порядок предоставления служебных жилых помещений, жилых помещений в общежитиях определяются федеральным органом исполнительной власти или федеральным государственным органом, в которых федеральным законом предусмотрена военная служба</w:t>
      </w:r>
    </w:p>
    <w:p>
      <w:r>
        <w:rPr>
          <w:b/>
        </w:rPr>
        <w:t xml:space="preserve">5. </w:t>
      </w:r>
      <w:r>
        <w:t>Военнослужащие - граждане, проходящие военную службу по контракту в воинских частях (организациях, учреждениях, органах), дислоцированных за пределами территории Российской Федерации, и проживающие совместно с ними члены их семей обеспечиваются по месту прохождения военной службы жилыми помещениями, в том числе арендованными жилыми помещениями, в порядке, определенном федеральным органом исполнительной власти или федеральным государственным органом, в которых федеральным законом предусмотрена военная служба. В случае невозможности обеспечения указанных военнослужащих-граждан и проживающих совместно с ними членов их семей такими жилыми помещениями указанным военнослужащим-гражданам выплачивается денежная компенсация за наем (поднаем) жилых помещений в соответствии со статьей 153 настоящего Федерального закона</w:t>
      </w:r>
    </w:p>
    <w:p>
      <w:r>
        <w:rPr>
          <w:b/>
        </w:rPr>
        <w:t xml:space="preserve">6. </w:t>
      </w:r>
      <w:r>
        <w:t>В закрытых военных городках военнослужащим - гражданам, проходящим военную службу по контракту, и проживающим совместно с ними членам их семей служебные жилые помещения, жилые помещения в общежитиях предоставляются на весь срок военной службы указанных военнослужащих-граждан. К закрытым военным городкам относятся расположенные в населенных пунктах военные городки воинских частей, имеющие систему пропусков, а также отдельные обособленные военные городки воинских частей, расположенные вне населенных пунктов. Перечни закрытых военных городков утверждаются Правительством Российской Федерации по представлению Министерства обороны Российской Федерации либо иного федерального органа исполнительной власти, в котором федеральным законом предусмотрена военная служба</w:t>
      </w:r>
    </w:p>
    <w:p>
      <w:r>
        <w:rPr>
          <w:b/>
        </w:rPr>
        <w:t xml:space="preserve">7. </w:t>
      </w:r>
      <w:r>
        <w:t>В случае отсутствия свободных служебных жилых помещений, жилых помещений в общежитиях федеральные органы исполнительной власти или федеральные государственные органы, в которых федеральным законом предусмотрена военная служба, либо уполномоченные ими органы или учреждения предоставляют военнослужащим-гражданам и проживающим совместно с ними членам их семей, включенным в списки нуждающихся в специализированных жилых помещениях, арендованные жилые помещения, а в случае их отсутствия выплачивают им денежную компенсацию за наем (поднаем) жилых помещений в соответствии со статьей 153 настоящего Федерального закона. Предоставление указанным военнослужащим-гражданам и проживающим совместно с ними членам их семей арендованных жилых помещений или выплата денежной компенсации за наем (поднаем) жилых помещений не является основанием для исключения их из списка нуждающихся в специализированных жилых помещениях, за исключением случая, указанного в абзаце втором настоящего пункта. В последующем такие военнослужащие-граждане и проживающие совместно с ними члены их семей подлежат обеспечению служебными жилыми помещениями, жилыми помещениями в общежитиях с учетом норм, очередности, социальных гарантий и в порядке, которые устанавливаются настоящим Федеральным законом. Выплата военнослужащим - гражданам, сведения о которых в соответствии с законодательными и иными нормативными правовыми актами Российской Федерации составляют государственную тайну, денежной компенсации за наем (поднаем) жилых помещений является основанием для исключения указанных военнослужащих-граждан и проживающих совместно с ними членов их семей из списка нуждающихся в специализированных жилых помещениях</w:t>
      </w:r>
    </w:p>
    <w:p>
      <w:r>
        <w:rPr>
          <w:b/>
        </w:rPr>
        <w:t xml:space="preserve">8. </w:t>
      </w:r>
      <w:r>
        <w:t>С военнослужащими-гражданами и проживающими совместно с ними членами их семей, которым предоставляются арендованные жилые помещения, заключается договор найма жилого помещения по форме и в порядке, которые определяются федеральным органом исполнительной власти или федеральным государственным органом, в которых федеральным законом предусмотрена военная служба</w:t>
      </w:r>
    </w:p>
    <w:p>
      <w:r>
        <w:rPr>
          <w:b/>
        </w:rPr>
        <w:t xml:space="preserve">9. </w:t>
      </w:r>
      <w:r>
        <w:t>Не является основанием для исключения военнослужащих-граждан и проживающих совместно с ними членов их семей из списков нуждающихся в специализированных жилых помещениях, освобождения служебных жилых помещений, жилых помещений в общежитиях или арендованных жилых помещений, а также прекращения выплаты денежной компенсации за наем (поднаем) жилых помещений: предоставление военнослужащим-гражданам и проживающим совместно с ними членам их семей жилых помещений по договорам социального найма либо в собственность бесплатно в соответствии с настоящим Федеральным законом, другими федеральными законами и иными нормативными правовыми актами Российской Федерации в населенных пунктах, не являющихся местом прохождения военной службы или близлежащими населенными пунктами; наличие у военнослужащих-граждан и проживающих совместно с ними членов их семей жилых помещений в населенных пунктах, не являющихся местом прохождения военной службы или близлежащими населенными пунктами; предоставление военнослужащим-гражданам и проживающим совместно с ними членам их семей денежных средств на приобретение или строительство жилых помещений</w:t>
      </w:r>
    </w:p>
    <w:p>
      <w:r>
        <w:rPr>
          <w:b/>
        </w:rPr>
        <w:t xml:space="preserve">10. </w:t>
      </w:r>
      <w:r>
        <w:t>Вне очереди служебные жилые помещения, жилые помещения в общежитиях или арендованные жилые помещения предоставляются: командирам (начальникам, руководителям) воинских частей (организаций, учреждений, органов), а также руководителям (начальникам) центральных органов военного управления и структурных подразделений центральных аппаратов федеральных органов исполнительной власти или федеральных государственных органов, в которых федеральным законом предусмотрена военная служба; военнослужащим, удостоенным звания Героя Российской Федерации; военнослужащим, имеющим трех и более детей, проживающих совместно с ними; военнослужащим - гражданам, относящимся к иным категориям граждан, которым в соответствии с другими федеральными законами жилые помещения предоставляются вне очереди</w:t>
      </w:r>
    </w:p>
    <w:p>
      <w:r>
        <w:rPr>
          <w:b/>
        </w:rPr>
        <w:t xml:space="preserve">11. </w:t>
      </w:r>
      <w:r>
        <w:t>Военнослужащие - граждане, обеспечиваемые служебными жилыми помещениями, жилыми помещениями в общежитиях, заключают с федеральным органом исполнительной власти или федеральным государственным органом, в которых федеральным законом предусмотрена военная служба, либо уполномоченным ими органом или учреждением договор найма служебного жилого помещения или договор найма жилого помещения в общежитии по форме, утвержденной Правительством Российской Федерации</w:t>
      </w:r>
    </w:p>
    <w:p>
      <w:r>
        <w:rPr>
          <w:b/>
        </w:rPr>
        <w:t xml:space="preserve">12. </w:t>
      </w:r>
      <w:r>
        <w:t>Органы местного самоуправления оказывают содействие воинским частям (организациям, учреждениям, органам) в предоставлении в аренду жилых помещений, пригодных для проживания военнослужащих-граждан и членов их семей</w:t>
      </w:r>
    </w:p>
    <w:p>
      <w:r>
        <w:rPr>
          <w:b/>
        </w:rPr>
        <w:t xml:space="preserve">13. </w:t>
      </w:r>
      <w:r>
        <w:t>Сержанты и старшины, солдаты и матросы, проходящие военную службу по контракту 10 лет и более, офицеры, прапорщики и мичманы, проходящие военную службу по контракту, и проживающие совместно с ними члены их семей обеспечиваются служебными жилыми помещениями в населенных пунктах, указанных в пункте 3 настоящей статьи, в соответствии с нормами предоставления площади жилого помещения, предусмотренными пунктами 1, 2 и 3 статьи 151 настоящего Федерального закона. В случае отсутствия служебных жилых помещений, соответствующих нормам, предусмотренным пунктами 1, 2 и 3 статьи 151 настоящего Федерального закона, указанным военнослужащим-гражданам и проживающим совместно с ними членам их семей без исключения их из списка нуждающихся в специализированных жилых помещениях предоставляются жилые помещения в общежитиях или с письменного согласия военнослужащих-граждан служебные жилые помещения общей площадью менее норм предоставления площади жилого помещения. Указанным военнослужащим-гражданам и членам их семей, которые проживают в жилых помещениях в общежитиях, в служебных жилых помещениях общей площадью менее норм предоставления площади жилого помещения или арендованных жилых помещениях, предоставленных в связи с невозможностью обеспечения их служебными жилыми помещениями, или которым выплачивается денежная компенсация за наем (поднаем) жилых помещений, в последующем предоставляются служебные жилые помещения по нормам, указанным в настоящем пункте</w:t>
      </w:r>
    </w:p>
    <w:p>
      <w:r>
        <w:rPr>
          <w:b/>
        </w:rPr>
        <w:t xml:space="preserve">14. </w:t>
      </w:r>
      <w:r>
        <w:t>Сержантам и старшинам, солдатам и матросам, проходящим военную службу по контракту менее 10 лет, и проживающим совместно с ними членам их семей предоставляются жилые помещения в общежитиях в населенных пунктах, указанных в пункте 3 настоящей статьи. В случае отсутствия жилых помещений в общежитиях указанным военнослужащим-гражданам и проживающим совместно с ними членам их семей предоставляются служебные жилые помещения из расчета не менее 12 квадратных метров общей площади жилого помещения на одного человека, но не более норм предоставления площади жилого помещения, указанных в пункте 13 настоящей статьи. Указанным военнослужащим-гражданам и членам их семей, которые проживают в арендованных жилых помещениях или которым выплачивается денежная компенсация за наем (поднаем) жилых помещений, в последующем предоставляются жилые помещения в общежитиях по нормам, установленным Жилищным кодексом Российской Федерации, или служебные жилые помещения в соответствии с нормами предоставления площади жилого помещения, предусмотренными настоящим пунктом</w:t>
      </w:r>
    </w:p>
    <w:p>
      <w:r>
        <w:rPr>
          <w:b/>
        </w:rPr>
        <w:t xml:space="preserve">15. </w:t>
      </w:r>
      <w:r>
        <w:t>Арендованные жилые помещения предоставляются не менее норм предоставления площади жилого помещения, предусмотренных пунктами 1, 2 и 3 статьи 151 настоящего Федерального закона. При отсутствии арендованных жилых помещений, соответствующих нормам предоставления площади жилого помещения, предусмотренным пунктами 1, 2 и 3 статьи 151 настоящего Федерального закона, с письменного согласия военнослужащих-граждан им могут быть предоставлены арендованные жилые помещения общей площадью менее норм предоставления площади жилого помещения. Жилые помещения в общежитиях предоставляются по нормам, установленным Жилищным кодексом Российской Федерации</w:t>
      </w:r>
    </w:p>
    <w:p>
      <w:r>
        <w:rPr>
          <w:b/>
        </w:rPr>
        <w:t xml:space="preserve">16. </w:t>
      </w:r>
      <w:r>
        <w:t>Военнослужащие - граждане, проходящие военную службу по контракту, не обеспеченные жилыми помещениями в населенных пунктах, в которых располагаются воинские части (организации, учреждения, органы), или в близлежащих населенных пунктах, и проживающие совместно с ними члены их семей до получения жилых помещений, в том числе служебных жилых помещений, жилых помещений в общежитиях, по нормам, установленным федеральными законами и иными нормативными правовыми актами Российской Федерации, по их желанию регистрируются по месту жительства по адресам воинских частей (организаций, учреждений, органов), в которых указанные военнослужащие-граждане проходят военную службу</w:t>
      </w:r>
    </w:p>
    <w:p>
      <w:r>
        <w:rPr>
          <w:b/>
        </w:rPr>
        <w:t xml:space="preserve">17. </w:t>
      </w:r>
      <w:r>
        <w:t>Военнослужащие-граждане и (или) члены их семей, утратившие право на обеспечение служебными жилыми помещениями, жилыми помещениями в общежитиях, исключаются из списка нуждающихся в специализированных жилых помещениях. Порядок исключения военнослужащих-граждан и членов их семей из списка нуждающихся в специализированных жилых помещениях и порядок освобождения ими служебных жилых помещений, жилых помещений в общежитиях определяются федеральным органом исполнительной власти или федеральным государственным органом, в которых федеральным законом предусмотрена военная служба</w:t>
      </w:r>
    </w:p>
    <w:p>
      <w:r>
        <w:rPr>
          <w:b/>
        </w:rPr>
        <w:t xml:space="preserve">18. </w:t>
      </w:r>
      <w:r>
        <w:t>Утрата военнослужащими-гражданами и (или) членами их семей, проживающими в служебных жилых помещениях, жилых помещениях в общежитиях, права на обеспечение указанными жилыми помещениями является основанием для расторжения договоров найма служебных жилых помещений или договоров найма жилых помещений в общежитиях. Военнослужащие-граждане и (или) члены их семей, проживающие в служебных жилых помещениях, жилых помещениях в общежитиях, при возникновении у них основания для расторжения договоров найма указанных жилых помещений обязаны освободить такие жилые помещения в течение трех месяцев со дня наступления соответствующего основания. Не подлежат выселению из служебных жилых помещений, жилых помещений в общежитиях без предоставления других жилых помещений или денежных средств на приобретение или строительство жилых помещений граждане, уволенные с военной службы, и (или) члены их семей, члены семей погибших (умерших) военнослужащих, которые состоят на учете в качестве нуждающихся в жилых помещениях в федеральных органах исполнительной власти или федеральных государственных органах, в которых федеральным законом предусмотрена военная служба, граждане, указанные в части 2 статьи 103 Жилищного кодекса Российской Федерации, для которых такие жилые помещения являются единственными жилыми помещениями, до снятия с учета в качестве нуждающихся в жилых помещениях</w:t>
      </w:r>
    </w:p>
    <w:p>
      <w:r>
        <w:rPr>
          <w:b/>
        </w:rPr>
        <w:t xml:space="preserve">19. </w:t>
      </w:r>
      <w:r>
        <w:t>Военнослужащие - иностранные граждане размещаются на весь срок военной службы в общежитиях и подлежат постановке на учет по месту пребывания по адресам воинских частей. При наличии указанных военнослужащих порядок и условия предоставления указанным военнослужащим жилых помещений в общежитиях и освобождения ими этих помещений определяются федеральным органом исполнительной власти или федеральным государственным органом, в которых федеральным законом предусмотрена военная служба</w:t>
      </w:r>
    </w:p>
    <w:p>
      <w:r>
        <w:rPr>
          <w:b/>
        </w:rPr>
        <w:t xml:space="preserve">20. </w:t>
      </w:r>
      <w:r>
        <w:t>За военнослужащими - гражданами, проходящими военную службу по контракту, направленными для прохождения военной службы за пределы территории Российской Федерации, и членами их семей сохраняется право пользования занимаемыми ими служебными жилыми помещениями, жилыми помещениями в общежитиях в порядке и случаях, которые определяются федеральным органом исполнительной власти или федеральным государственным органом, в которых федеральным законом предусмотрена военная служба</w:t>
      </w:r>
    </w:p>
    <w:p>
      <w:r>
        <w:rPr>
          <w:b/>
        </w:rPr>
        <w:t>Статья 153. Денежная компенсация за наем (поднаем) жилых помещений</w:t>
      </w:r>
    </w:p>
    <w:p>
      <w:r>
        <w:rPr>
          <w:b/>
        </w:rPr>
        <w:t xml:space="preserve">1. </w:t>
      </w:r>
      <w:r>
        <w:t>Денежная компенсация за наем (поднаем) жилых помещений выплачивается ежемесячно за счет и в пределах средств федерального бюджета, выделяемых федеральному органу исполнительной власти или федеральному государственному органу, в которых федеральным законом предусмотрена военная служба: военнослужащим - гражданам, проходящим военную службу по контракту, и проживающим совместно с ними членам их семей, включенным в списки нуждающихся в специализированных жилых помещениях, в случае невозможности предоставления им служебных жилых помещений, жилых помещений в общежитиях или арендованных жилых помещений в соответствии со статьей 152 настоящего Федерального закона. Указанным военнослужащим-гражданам выплата денежной компенсации осуществляется по решению федерального органа исполнительной власти или федерального государственного органа, в которых федеральным законом предусмотрена военная служба, либо уполномоченных ими органа или учреждения на основании рапорта со дня заключения договора найма (поднайма) жилого помещения, но не ранее дня включения военнослужащих-граждан в списки нуждающихся в специализированных жилых помещениях в соответствии со статьей 152 настоящего Федерального закона; военнослужащим - гражданам, сведения о которых в соответствии с законодательными и иными нормативными правовыми актами Российской Федерации составляют государственную тайну, и проживающим совместно с ними членам их семей, включенным в список нуждающихся в специализированных жилых помещениях, по решению федерального органа исполнительной власти или федерального государственного органа, в которых федеральным законом предусмотрена военная служба, либо уполномоченных ими органа или учреждения независимо от наличия у указанных органов служебных жилых помещений, жилых помещений в общежитии или арендованных жилых помещений в случаях, определенных федеральным органом исполнительной власти или федеральным государственным органом, в которых федеральным законом предусмотрена военная служба; гражданам, уволенным с военной службы, и проживающим совместно с ними членам их семей, а также лицам, указанным в абзаце первом пункта 31 статьи 24 настоящего Федерального закона, признанным нуждающимися в жилых помещениях, в случае невозможности предоставления им жилых помещений по договору социального найма либо в собственность бесплатно или жилищной субсидии в соответствии со статьей 15 настоящего Федерального закона. Указанным гражданам выплата денежной компенсации осуществляется по решению федерального органа исполнительной власти или федерального государственного органа, в которых федеральным законом предусмотрена военная служба, либо уполномоченных ими органа или учреждения на основании заявления со дня заключения договора найма (поднайма) жилого помещения, но не ранее дня признания их нуждающимися в жилых помещениях в соответствии со статьей 15 настоящего Федерального закона</w:t>
      </w:r>
    </w:p>
    <w:p>
      <w:r>
        <w:rPr>
          <w:b/>
        </w:rPr>
        <w:t xml:space="preserve">2. </w:t>
      </w:r>
      <w:r>
        <w:t>Порядок расчета денежной компенсации за наем (поднаем) жилых помещений и ее размеры утверждаются Правительством Российской Федерации. Порядок выплаты указанной денежной компенсации устанавливается федеральным органом исполнительной власти или федеральным государственным органом, в которых федеральным законом предусмотрена военная служба</w:t>
      </w:r>
    </w:p>
    <w:p>
      <w:r>
        <w:rPr>
          <w:b/>
        </w:rPr>
        <w:t xml:space="preserve">3. </w:t>
      </w:r>
      <w:r>
        <w:t>Выплата денежной компенсации за наем (поднаем) жилых помещений не осуществляется: военнослужащим - гражданам, проходящим военную службу по контракту, отказавшимся от предложенных служебных жилых помещений, жилых помещений в общежитиях или арендованных жилых помещений, расположенных по месту военной службы или в близлежащем населенном пункте и соответствующих требованиям, установленным законодательством Российской Федерации. В этом случае выплата денежной компенсации за наем (поднаем) жилых помещений прекращается на срок не более трех месяцев. В случае, если в течение указанного срока военнослужащим-гражданам повторно были предложены специализированные жилые помещения, соответствующие требованиям, установленным законодательством Российской Федерации, от которых они отказались, прекращение выплаты денежной компенсации за наем (поднаем) жилых помещений продлевается на срок не более трех месяцев с даты повторного (последующего) отказа; военнослужащим - гражданам, проходящим военную службу по контракту, утратившим право на обеспечение служебными жилыми помещениями, жилыми помещениями в общежитиях; военнослужащим - гражданам, проходящим военную службу по контракту, проживающим в арендованных жилых помещениях, жилых помещениях в общежитии или в служебных жилых помещениях, в том числе служебных жилых помещениях, которые предоставлены в соответствии с настоящим Федеральным законом и общая площадь которых менее норм предоставления площади жилого помещения; гражданам, уволенным с военной службы, и проживающим совместно с ними членам их семей, лицам, указанным в абзаце первом пункта 31 статьи 24 настоящего Федерального закона, признанным нуждающимися в жилых помещениях в связи с обеспеченностью общей площадью жилого помещения менее учетной нормы площади жилого помещения, а также проживающим в служебных жилых помещениях, жилых помещениях в общежитиях, жилых помещениях, арендованных в соответствии со статьей 152 настоящего Федерального закона; гражданам, уволенным с военной службы, и проживающим совместно с ними членам их семей, лицам, указанным в абзаце первом пункта 31 статьи 24 настоящего Федерального закона, отказавшимся от предложенного жилого помещения, расположенного по избранному месту жительства, которое соответствует требованиям, установленным законодательством Российской Федерации, либо отказавшимся от жилищной субсидии или не представившим документы, необходимые для предоставления им жилого помещения или жилищной субсидии, в течение 30 дней с даты уведомления их федеральным органом исполнительной власти или федеральным государственным органом, в которых федеральным законом предусмотрена военная служба, либо уполномоченными ими органом или учреждением о готовности предоставить им жилое помещение или жилищную субсидию, не считая периода их временной нетрудоспособности или иных обстоятельств, объективно исключающих возможность представления ими указанных документов (в том числе времени, затраченного на мероприятия, связанные с получением гражданами указанных документов в органах государственной власти, органах местного самоуправления и организациях, уполномоченных на выдачу таких документов); военнослужащим - гражданам, проходящим военную службу по контракту, гражданам, уволенным с военной службы, лицам, указанным в абзаце первом пункта 31 статьи 24 настоящего Федерального закона, заключившим договоры найма (поднайма) жилых помещений с членами их семей, указанными в пункте 5 статьи 2 настоящего Федерального закона</w:t>
      </w:r>
    </w:p>
    <w:p>
      <w:r>
        <w:rPr>
          <w:b/>
        </w:rPr>
        <w:t xml:space="preserve">4. </w:t>
      </w:r>
      <w:r>
        <w:t>Выплата денежной компенсации за наем (поднаем) жилых помещений прекращается с 1-го числа месяца, следующего за месяцем, в котором граждане, указанные в пунктах 1 и 3 настоящей статьи, отказались от предоставленных им жилых помещений или жилищной субсидии либо утратили право на обеспечение жилыми помещениями или право на выплату денежной компенсации за наем (поднаем) жилых помещений</w:t>
      </w:r>
    </w:p>
    <w:p>
      <w:r>
        <w:rPr>
          <w:b/>
        </w:rPr>
        <w:t xml:space="preserve">5. </w:t>
      </w:r>
      <w:r>
        <w:t>В случае возникновения обстоятельств, влекущих прекращение права на выплату денежной компенсации за наем (поднаем) жилых помещений или права на ее выплату в повышенном размере, граждане, указанные в пунктах 1 и 3 настоящей статьи, обязаны в десятидневный срок уведомить об этом федеральный орган исполнительной власти или федеральный государственный орган, в которых федеральным законом предусмотрена военная служба.";</w:t>
      </w:r>
    </w:p>
    <w:p>
      <w:r>
        <w:rPr>
          <w:b/>
        </w:rPr>
        <w:t xml:space="preserve">5. </w:t>
      </w:r>
      <w:r>
        <w:t>в абзаце пятом пункта 31 статьи 24 слова "и абзаца второго пункта 14" исключить</w:t>
      </w:r>
    </w:p>
    <w:p>
      <w:r>
        <w:rPr>
          <w:b/>
        </w:rPr>
        <w:t>Статья 2</w:t>
      </w:r>
    </w:p>
    <w:p>
      <w:r>
        <w:rPr>
          <w:b/>
        </w:rPr>
        <w:t xml:space="preserve">1. </w:t>
      </w:r>
      <w:r>
        <w:t>Военнослужащие - граждане, заключившие контракт о прохождении военной службы до 1 января 1998 года (за исключением курсантов военных профессиональных образовательных организаций и военных образовательных организаций высшего образования), признанные нуждающимися в жилых помещениях в соответствии со статьей 15 Федерального закона от 27 мая 1998 года № 76-ФЗ "О статусе военнослужащих" (в редакции, действовавшей до дня вступления в силу настоящего Федерального закона), подлежащие обеспечению жилыми помещениями по месту прохождения военной службы, вправе подать заявление об обеспечении их жилыми помещениями по избранному месту жительства либо об обеспечении их жилыми помещениями в форме предоставления жилищной субсидии</w:t>
      </w:r>
    </w:p>
    <w:p>
      <w:r>
        <w:rPr>
          <w:b/>
        </w:rPr>
        <w:t xml:space="preserve">2. </w:t>
      </w:r>
      <w:r>
        <w:t>Действие положений пунктов 17 и 20 статьи 15 Федерального закона от 27 мая 1998 года № 76-ФЗ "О статусе военнослужащих" (в редакции настоящего Федерального закона) распространяется на правоотношения, возникшие до дня вступления в силу настоящего Федерального закона</w:t>
      </w:r>
    </w:p>
    <w:p>
      <w:r>
        <w:rPr>
          <w:b/>
        </w:rPr>
        <w:t xml:space="preserve">3. </w:t>
      </w:r>
      <w:r>
        <w:t>Финансовое обеспечение расходных обязательств, связанных с исполнением положений Федерального закона от 27 мая 1998 года № 76-ФЗ "О статусе военнослужащих" (в редакции настоящего Федерального закона) и частей 1 и 2 настоящей статьи, осуществляется за счет средств федерального бюджета, предусмотренных федеральному органу исполнительной власти или федеральному государственному органу, в которых федеральным законом предусмотрена военная служба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