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5 Федерального закона "О проведении эксперимента по установлению специального налогового режима "Налог на профессиональный доход"</w:t>
      </w:r>
    </w:p>
    <w:p>
      <w:r>
        <w:rPr>
          <w:b/>
        </w:rPr>
        <w:t>Статья 1</w:t>
      </w:r>
    </w:p>
    <w:p>
      <w:r>
        <w:t>Внести в Федеральный закон от 27 ноября 2018 года № 422-ФЗ "О проведении эксперимента по установлению специального налогового режима "Налог на профессиональный доход" (Собрание законодательства Российской Федерации, 2018, № 49, ст. 7494; 2019, № 50, ст. 7201) следующие изменения</w:t>
      </w:r>
    </w:p>
    <w:p>
      <w:r>
        <w:t>в статье 3: а) наименование изложить в следующей редакции: "Статья 3. Информационный обмен с налоговыми органами"; б) дополнить частью 41 следующего содержания: "41. В целях настоящего Федерального закона оператор федеральной государственной информационной системы "Единый портал государственных и муниципальных услуг (функций)" (далее - единый портал) осуществляет информационный обмен с налоговыми органами для целей постановки на учет и снятия с учета физического лица в качестве налогоплательщика в соответствии с протоколами информационного обмена, размещаемыми федеральным органом исполнительной власти, уполномоченным по контролю и надзору в области налогов и сборов, на его официальном сайте в сети "Интернет"."; в) в части 8 слова "и (или) уполномоченную кредитную организацию," заменить словами ", уполномоченную кредитную организацию или единый портал,"</w:t>
      </w:r>
    </w:p>
    <w:p>
      <w:r>
        <w:t>в статье 5: а) часть 3 после слова "союза" дополнить словами ", а также граждан Украины, Донецкой Народной Республики и Луганской Народной Республики"; б) в части 5 слова "и граждане других государств - членов Евразийского экономического союза" заменить словами ", граждане других государств - членов Евразийского экономического союза, а также граждане Украины, Донецкой Народной Республики и Луганской Народной Республики"; в) дополнить частью 51 следующего содержания: "51. Граждане Российской Федерации, граждане других государств - членов Евразийского экономического союза, а также граждане Украины, Донецкой Народной Республики и Луганской Народной Республики вправе представить в налоговый орган заявление о постановке на учет и (или) снятии с учета в качестве налогоплательщика через единый портал. В таком случае соответствующее заявление представляется с применением усиленной квалифицированной электронной подписи оператора единого портала. При этом фотография физического лица не представляется."; г) часть 7 изложить в следующей редакции: "7. При выявлении несоответствия документов (информации), сведений, представленных физическим лицом, уполномоченной кредитной организацией либо оператором единого портала, сведениям, имеющимся у налогового органа, налоговый орган уведомляет физическое лицо через мобильное приложение "Мой налог" или единый портал (в случае представления заявления о постановке на учет через единый портал) либо через уполномоченную кредитную организацию (в случае представления заявления о постановке на учет указанной кредитной организацией) об отказе в постановке на учет в налоговом органе в качестве налогоплательщика с указанием причин отказа не позднее шести дней, следующих за днем направления заявления о постановке на учет."; д) в части 8 слова "налог" и" заменить словами "налог" или единый портал (в случае представления заявления о постановке на учет через единый портал) либо через"; е) в части 9 слова "налог" и" заменить словами "налог" или единый портал (в случае представления заявления о постановке на учет через единый портал) либо через"; ж) в части 14 слова "налог" и" заменить словами "налог" или единый портал (в случае представления заявления о постановке на учет через единый портал) либо через"; з) в части 17 слова "налог" и" заменить словами "налог" или единый портал (в случае представления заявления о постановке на учет через единый портал) либо через"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профессиональный доход.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