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 января 2007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