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ответственном обращении с животными и о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27 декабря 2018 года № 498-ФЗ "Об ответственном обращении с животными и о внесении изменений в отдельные законодательные акты Российской Федерации" (Собрание законодательства Российской Федерации, 2018, № 53, ст. 8424; 2021, № 24, ст. 4188) следующие изменения: 1) часть 1 статьи 5 дополнить пунктом 81 следующего содержания: "81) утверждение методических указаний по предотвращению причинения животными без владельцев вреда жизни или здоровью граждан;"; 2) часть 1 статьи 7 дополнить пунктом 21 следующего содержания: "21) установление порядка предотвращения причинения животными без владельцев вреда жизни или здоровью граждан в соответствии с утвержденными Правительством Российской Федерации методическими указаниями;"; 3) в статье 13: а) в части 1 слово "общие" исключить; б) пункт 3 части 5 дополнить словами ", и соблюдать иные требования к его выгулу"; в) дополнить частью 8 следующего содержания: "8. Органы государственной власти субъектов Российской Федерации вправе устанавливать дополнительные требования к содержанию домашних животных, в том числе к их выгулу."; 4) в статье 18: а) в части 1: пункт 4 дополнить словами ", либо обращение с животными в соответствии с пунктом 5 настоящей части"; дополнить пунктом 6 следующего содержания: "6) иные необходимые мероприятия в соответствии с частями 7 и 8 настоящей статьи."; б) дополнить частью 61 следующего содержания: "61. Места, на которые запрещается возвращать животных без владельцев, и перечень лиц, уполномоченных на принятие решений о возврате животных без владельцев на прежние места обитания животных без владельцев, определяются органами местного самоуправления."; в) дополнить частями 8 и 9 следующего содержания: "8. Порядок предотвращения причинения животными без владельцев вреда жизни или здоровью граждан устанавливается уполномоченным органом государственной власти субъекта Российской Федерации в соответствии с методическими указаниями, указанными в части 9 настоящей статьи.</w:t>
      </w:r>
    </w:p>
    <w:p>
      <w:r>
        <w:rPr>
          <w:b/>
        </w:rPr>
        <w:t xml:space="preserve">9. </w:t>
      </w:r>
      <w:r>
        <w:t>Методические указания по предотвращению причинения животными без владельцев вреда жизни или здоровью граждан утверждаются Правительством Российской Федерации."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абзаца третьего подпункта "в" пункта 4 статьи 1 настоящего Федерального закона</w:t>
      </w:r>
    </w:p>
    <w:p>
      <w:r>
        <w:rPr>
          <w:b/>
        </w:rPr>
        <w:t xml:space="preserve">2. </w:t>
      </w:r>
      <w:r>
        <w:t>Абзац третий подпункта "в" пункта 4 статьи 1 настоящего Федерального закона вступает в силу с 1 марта 2023 года</w:t>
      </w:r>
    </w:p>
    <w:p>
      <w:r>
        <w:rPr>
          <w:b/>
        </w:rPr>
        <w:t xml:space="preserve">3. </w:t>
      </w:r>
      <w:r>
        <w:t>До дня вступления в силу утвержденных Правительством Российской Федерации методических указаний по предотвращению причинения животными без владельцев вреда жизни или здоровью граждан, указанных в части 9 статьи 18 Федерального закона от 27 декабря 2018 года № 498-ФЗ "Об ответственном обращении с животными и о внесении изменений в отдельные законодательные акты Российской Федерации", уполномоченный орган государственной власти субъекта Российской Федерации вправе самостоятельно в соответствии с пунктом 21 статьи 7 Федерального закона от 27 декабря 2018 года № 498-ФЗ "Об ответственном обращении с животными и о внесении изменений в отдельные законодательные акты Российской Федерации" установить порядок предотвращения причинения животными без владельцев вреда жизни или здоровью граждан</w:t>
      </w:r>
    </w:p>
    <w:p>
      <w:r>
        <w:rPr>
          <w:b/>
        </w:rPr>
        <w:t xml:space="preserve">4. </w:t>
      </w:r>
      <w:r>
        <w:t>В случае установления в субъекте Российской Федерации в соответствии с частью 3 настоящей статьи порядка предотвращения причинения животными без владельцев вреда жизни или здоровью граждан уполномоченный орган государственной власти субъекта Российской Федерации в течение девяноста дней со дня вступления в силу утвержденных Правительством Российской Федерации методических указаний по предотвращению причинения животными без владельцев вреда жизни или здоровью граждан должен привести ранее установленный порядок в соответствие с данными методическими указаниями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