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обеспечении доступа к информации о деятельности государственных органов и органов местного самоуправления" и статью 10 Федерального закона "Об обеспечении доступа к информации о деятельности судов в Российской Федерации"</w:t>
      </w:r>
    </w:p>
    <w:p>
      <w:r>
        <w:rPr>
          <w:b/>
        </w:rPr>
        <w:t>Статья 1</w:t>
      </w:r>
    </w:p>
    <w:p>
      <w:r>
        <w:t>Внести в 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2011, № 29, ст. 4291; 2013, № 23, ст. 2870; № 51, ст. 6686; № 52, ст. 6961; 2014, № 45, ст. 6141; № 49, ст. 6928; 2015, № 48, ст. 6723; 2016, № 11, ст. 1493; 2018, № 1, ст. 7; 2021, № 18, ст. 3061) следующие изменения: 1) в статье 1: а) пункт 5 изложить в следующей редакции: "5)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 б) дополнить пунктом 6 следующего содержания: "6)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статьей 106 Федерального закона от 27 июля 2006 года №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 2) пункт 2 статьи 6 изложить в следующей редакции: "2)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статьей 13 настоящего Федерального закона;"; 3) в части 21 статьи 7 слова "в сети "Интернет" заменить словами "на официальных сайтах"; 4) в пункте 4 статьи 8 слова "и органов местного самоуправления, их должностных лиц" заменить словами ", органов местного самоуправления и подведомственных организаций, должностных лиц указанных органов и организаций"; 5) часть 1 статьи 9 дополнить словами "и подведомственными организациями"; 6) в статье 10: а) часть 1 изложить в следующей редакции: "1.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требованиями,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 б) дополнить частями 11 - 13 следующего содержания: "11.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
        <w:rPr>
          <w:b/>
        </w:rPr>
        <w:t xml:space="preserve">12. </w:t>
      </w:r>
      <w:r>
        <w:t>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законом от 27 июля 2010 года № 210-ФЗ "Об организации предоставления государственных и муниципальных услуг", в порядке, установленном Правительством Российской Федерации</w:t>
      </w:r>
    </w:p>
    <w:p>
      <w:r>
        <w:rPr>
          <w:b/>
        </w:rPr>
        <w:t xml:space="preserve">13. </w:t>
      </w:r>
      <w:r>
        <w:t>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порядке и в соответствии с требованиями, которые утверждаются Правительством Российской Федерации."; в) в части 2 слова "части 1" заменить словами "частях 1 и 11"; г) в части 3 слова "части 1" заменить словами "частях 1 и 11", после слов "органы местного самоуправления" дополнить словами "и подведомственные организации"; д) часть 4 после слов "федеральных органов исполнительной власти" дополнить словами "и подведомственных им организаций", после слов "иных государственных органов" дополнить словами "и подведомственных им организаций", после слов "органов местного самоуправления" дополнить словами "и подведомственных им организаций"; е) в части 6 слова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заменить словами "государственных органов, органов местного самоуправления и подведомственных организаций";</w:t>
      </w:r>
    </w:p>
    <w:p>
      <w:r>
        <w:rPr>
          <w:b/>
        </w:rPr>
        <w:t xml:space="preserve">12. </w:t>
      </w:r>
      <w:r>
        <w:t>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
        <w:rPr>
          <w:b/>
        </w:rPr>
        <w:t xml:space="preserve">13. </w:t>
      </w:r>
      <w:r>
        <w:t>пункт 4 статьи 11 после слов "органами местного самоуправления" дополнить словами "и подведомственными организациями"</w:t>
      </w:r>
    </w:p>
    <w:p>
      <w:r>
        <w:rPr>
          <w:b/>
        </w:rPr>
        <w:t xml:space="preserve">13. </w:t>
      </w:r>
      <w:r>
        <w:t>в статье 13:</w:t>
      </w:r>
    </w:p>
    <w:p>
      <w:r>
        <w:rPr>
          <w:b/>
        </w:rPr>
        <w:t xml:space="preserve">13. </w:t>
      </w:r>
      <w:r>
        <w:t>общую информацию о подведомственной организации, в том числе:</w:t>
      </w:r>
    </w:p>
    <w:p>
      <w:r>
        <w:rPr>
          <w:b/>
        </w:rPr>
        <w:t xml:space="preserve">13. </w:t>
      </w:r>
      <w:r>
        <w:t>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
        <w:rPr>
          <w:b/>
        </w:rPr>
        <w:t xml:space="preserve">13. </w:t>
      </w:r>
      <w:r>
        <w:t>в части 1: в абзаце первом слова "в сети "Интернет" заменить словами "на официальных сайтах"; в пункте 1: подпункт "г" дополнить словами ",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 дополнить подпунктами "з" - "к" следующего содержания: "з)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
        <w:rPr>
          <w:b/>
        </w:rPr>
        <w:t xml:space="preserve">13. </w:t>
      </w:r>
      <w:r>
        <w:t>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
        <w:rPr>
          <w:b/>
        </w:rPr>
        <w:t xml:space="preserve">13. </w:t>
      </w:r>
      <w:r>
        <w:t>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 пункт 6 после слова "тексты" дополнить словами "и (или) видеозаписи"</w:t>
      </w:r>
    </w:p>
    <w:p>
      <w:r>
        <w:rPr>
          <w:b/>
        </w:rPr>
        <w:t xml:space="preserve">13. </w:t>
      </w:r>
      <w:r>
        <w:t>дополнить частями 11 и 12 следующего содержания: "11.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
        <w:rPr>
          <w:b/>
        </w:rPr>
        <w:t xml:space="preserve">13. </w:t>
      </w:r>
      <w:r>
        <w:t>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
        <w:rPr>
          <w:b/>
        </w:rPr>
        <w:t xml:space="preserve">13. </w:t>
      </w:r>
      <w:r>
        <w:t>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
        <w:rPr>
          <w:b/>
        </w:rPr>
        <w:t xml:space="preserve">13. </w:t>
      </w:r>
      <w:r>
        <w:t>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
        <w:rPr>
          <w:b/>
        </w:rPr>
        <w:t xml:space="preserve">12. </w:t>
      </w:r>
      <w:r>
        <w:t>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
        <w:rPr>
          <w:b/>
        </w:rPr>
        <w:t xml:space="preserve">12. </w:t>
      </w:r>
      <w:r>
        <w:t>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
        <w:rPr>
          <w:b/>
        </w:rPr>
        <w:t xml:space="preserve">12. </w:t>
      </w:r>
      <w:r>
        <w:t>в статье 14:</w:t>
      </w:r>
    </w:p>
    <w:p>
      <w:r>
        <w:rPr>
          <w:b/>
        </w:rPr>
        <w:t xml:space="preserve">12. </w:t>
      </w:r>
      <w:r>
        <w:t>в части 3 статьи 19 слова "в сети "Интернет" заменить словами "на официальных сайтах"</w:t>
      </w:r>
    </w:p>
    <w:p>
      <w:r>
        <w:rPr>
          <w:b/>
        </w:rPr>
        <w:t xml:space="preserve">12. </w:t>
      </w:r>
      <w:r>
        <w:t>в части 3 статьи 20 слова "в сети "Интернет" заменить словами "на официальном сайте"</w:t>
      </w:r>
    </w:p>
    <w:p>
      <w:r>
        <w:rPr>
          <w:b/>
        </w:rPr>
        <w:t xml:space="preserve">12. </w:t>
      </w:r>
      <w:r>
        <w:t>в статье 25 слова "и органов местного самоуправления" заменить словами ", органов местного самоуправления и подведомственных организаций", после слова "служащие," дополнить словами "работники подведомственных организаций,"</w:t>
      </w:r>
    </w:p>
    <w:p>
      <w:r>
        <w:rPr>
          <w:b/>
        </w:rPr>
        <w:t xml:space="preserve">12. </w:t>
      </w:r>
      <w:r>
        <w:t>в части 2 слова "в сети "Интернет" заменить словами "на официальных сайтах"</w:t>
      </w:r>
    </w:p>
    <w:p>
      <w:r>
        <w:rPr>
          <w:b/>
        </w:rPr>
        <w:t xml:space="preserve">12. </w:t>
      </w:r>
      <w:r>
        <w:t>в части 3 слова "в сети "Интернет" заменить словами "на официальных сайтах"</w:t>
      </w:r>
    </w:p>
    <w:p>
      <w:r>
        <w:rPr>
          <w:b/>
        </w:rPr>
        <w:t xml:space="preserve">12. </w:t>
      </w:r>
      <w:r>
        <w:t>в части 4 слова "в сети "Интернет" заменить словами "на официальных сайтах"</w:t>
      </w:r>
    </w:p>
    <w:p>
      <w:r>
        <w:rPr>
          <w:b/>
        </w:rPr>
        <w:t xml:space="preserve">12. </w:t>
      </w:r>
      <w:r>
        <w:t>в наименовании слова "в сети "Интернет" заменить словами "на официальных сайтах"</w:t>
      </w:r>
    </w:p>
    <w:p>
      <w:r>
        <w:rPr>
          <w:b/>
        </w:rPr>
        <w:t xml:space="preserve">12. </w:t>
      </w:r>
      <w:r>
        <w:t>в части 6 слово "субъектами" заменить словами "государственными органами субъектов"</w:t>
      </w:r>
    </w:p>
    <w:p>
      <w:r>
        <w:rPr>
          <w:b/>
        </w:rPr>
        <w:t xml:space="preserve">12. </w:t>
      </w:r>
      <w:r>
        <w:t>в части 71 слова "в сети "Интернет" заменить словами "на официальных сайтах"</w:t>
      </w:r>
    </w:p>
    <w:p>
      <w:r>
        <w:rPr>
          <w:b/>
        </w:rPr>
        <w:t xml:space="preserve">12. </w:t>
      </w:r>
      <w:r>
        <w:t>дополнить частью 72 следующего содержания: "72. Перечень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
        <w:rPr>
          <w:b/>
        </w:rPr>
        <w:t xml:space="preserve">12. </w:t>
      </w:r>
      <w:r>
        <w:t>в части 8 слова "и органов местного самоуправления" заменить словами ", органов местного самоуправления и подведомственных организаций", после цифры "7" дополнить цифрами ", 72", слова "в сети "Интернет" заменить словами "на официальных сайтах"</w:t>
      </w:r>
    </w:p>
    <w:p>
      <w:r>
        <w:rPr>
          <w:b/>
        </w:rPr>
        <w:t xml:space="preserve">12. </w:t>
      </w:r>
      <w:r>
        <w:t>в части 9 слова "в сети "Интернет" заменить словами "на официальных сайтах"</w:t>
      </w:r>
    </w:p>
    <w:p>
      <w:r>
        <w:rPr>
          <w:b/>
        </w:rPr>
        <w:t>Статья 2</w:t>
      </w:r>
    </w:p>
    <w:p>
      <w:r>
        <w:t>Внести в статью 10 Федерального закона от 22 декабря 2008 года № 262-ФЗ "Об обеспечении доступа к информации о деятельности судов в Российской Федерации" (Собрание законодательства Российской Федерации, 2008, № 52, ст. 6217; 2011, № 29, ст. 4291; № 30, ст. 4588; 2014, № 11, ст. 1094) следующие изменения</w:t>
      </w:r>
    </w:p>
    <w:p>
      <w:r>
        <w:t>часть 1 после слова "запрос" дополнить словами ", а также создают официальные страницы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статьей 106 Федерального закона от 27 июля 2006 года № 149-ФЗ "Об информации, информационных технологиях и о защите информации", после слов "официального сайта" дополнить словами "и (или) официальной страницы", после слов "на официальном сайте" дополнить словами "и (или) официальной странице"</w:t>
      </w:r>
    </w:p>
    <w:p>
      <w:r>
        <w:t>часть 2 после слов "официальных сайтов," дополнить словами "официальных страниц,"</w:t>
      </w:r>
    </w:p>
    <w:p>
      <w:r>
        <w:rPr>
          <w:b/>
        </w:rPr>
        <w:t>Статья 3</w:t>
      </w:r>
    </w:p>
    <w:p>
      <w:r>
        <w:rPr>
          <w:b/>
        </w:rPr>
        <w:t xml:space="preserve">1. </w:t>
      </w:r>
      <w:r>
        <w:t>Настоящий Федеральный закон вступает в силу с 1 декабря 2022 года</w:t>
      </w:r>
    </w:p>
    <w:p>
      <w:r>
        <w:rPr>
          <w:b/>
        </w:rPr>
        <w:t xml:space="preserve">2. </w:t>
      </w:r>
      <w:r>
        <w:t>К нормативным правовым актам, подлежащим признанию утратившими силу, приостановлению, изменению или принятию в связи с реализацией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 редакции настоящего Федерального закона) и Федерального закона от 22 декабря 2008 года № 262-ФЗ "Об обеспечении доступа к информации о деятельности судов в Российской Федерации"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