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Федеральный закон от 31 мая 1996 года № 61-ФЗ "Об обороне" (Собрание законодательства Российской Федерации, 1996, № 23, ст. 2750) дополнить статьей 261 следующего содержания: "Статья 261. Обеспечение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1.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Правительством Российской Федерации могут приниматься решения о введении специальных мер в сфере экономики, в том числе предусматривающие: 1) проведение мероприятий, осуществляемых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порядок их финансирования и материально-технического обеспечения; 2) временное расконсервирование мобилизационных мощностей и объектов; 3) разбронирование материальных ценностей государственного резерва; 4) установление особенностей правового регулирования трудовых отношений в отдельных организациях, их структурных подразделениях и на отдельных производственных объектах, включая установление порядка и условий привлечения к работе за пределами продолжительности рабочего времени, в ночное время, выходные и нерабочие праздничные дни, предоставления ежегодных оплачиваемых отпусков.</w:t>
      </w:r>
    </w:p>
    <w:p>
      <w:r>
        <w:rPr>
          <w:b/>
        </w:rPr>
        <w:t xml:space="preserve">2. </w:t>
      </w:r>
      <w:r>
        <w:t>В целях реализации решений о введении специальных мер в сфере экономики Правительство Российской Федерации и федеральные органы исполнительной власти в пределах своих полномочий на основании законодательства Российской Федерации принимают нормативные правовые акты и организуют их исполнение</w:t>
      </w:r>
    </w:p>
    <w:p>
      <w:r>
        <w:rPr>
          <w:b/>
        </w:rPr>
        <w:t xml:space="preserve">3. </w:t>
      </w:r>
      <w:r>
        <w:t>В случае принятия Правительством Российской Федерации решений, предусмотренных пунктом 1 настоящей статьи, юридические лица независимо от их организационно-правовой формы и формы собственности не вправе отказываться от заключения в соответствии с Федеральным законом от 18 июля 2011 года № 223-ФЗ "О закупках товаров, работ, услуг отдельными видами юридических лиц", Федеральным законом от 29 декабря 2012 года № 275-ФЗ "О государственном оборонном заказе" и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договоров, государственных контрактов (контрактов) на поставку товаров, выполнение работ, оказание услуг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w:t>
      </w:r>
    </w:p>
    <w:p>
      <w:r>
        <w:rPr>
          <w:b/>
        </w:rPr>
        <w:t>Статья 2</w:t>
      </w:r>
    </w:p>
    <w:p>
      <w:r>
        <w:t>Статью 36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2018, № 1, ст. 89) дополнить предложением следующего содержания: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 275-ФЗ "О государственном оборонном заказе".".</w:t>
      </w:r>
    </w:p>
    <w:p>
      <w:r>
        <w:rPr>
          <w:b/>
        </w:rPr>
        <w:t>Статья 3</w:t>
      </w:r>
    </w:p>
    <w:p>
      <w:r>
        <w:t>Часть 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2015, № 1, ст. 51; № 29, ст. 4353; 2016, № 1, ст. 10; № 27, ст. 4298; 2018, № 1, ст. 88; 2019, № 18, ст. 2195; 2021, № 27, ст. 5188; 2022, № 16, ст. 2606; Российская газета, 2022, 30 июня) дополнить пунктом 14 следующего содержания: "14) если Правительством Российской Федерации принято решение о введении специальных мер в сфере экономики, предусмотренное пунктом 1 статьи 261 Федерального закона от 31 мая 1996 года №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