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пожарной безопасности"</w:t>
      </w:r>
    </w:p>
    <w:p>
      <w:r>
        <w:rPr>
          <w:b/>
        </w:rPr>
        <w:t>Статья 1</w:t>
      </w:r>
    </w:p>
    <w:p>
      <w:r>
        <w:t>Внести в Федеральный закон от 21 декабря 1994 года № 69-ФЗ "О пожарной безопасности" (Собрание законодательства Российской Федерации, 1994, № 35, ст. 3649; 2003, № 2, ст. 167; 2004, № 35, ст. 3607; 2006, № 44, ст. 4537; 2007, № 43, ст. 5084; 2008, № 30, ст. 3593; 2009, № 29, ст. 3635; № 45, ст. 5265; 2011, № 1, ст. 54; № 30, ст. 4590; № 49, ст. 7023; 2013, № 27, ст. 3477; 2015, № 10, ст. 1407; № 18, ст. 2621; № 29, ст. 4360; 2016, № 1, ст. 68; № 15, ст. 2066; 2017, № 27, ст. 3938; 2020, № 52, ст. 8600; 2021, № 24, ст. 4186, 4188; 2022, № 14, ст. 2193; № 16, ст. 2612) следующие изменения</w:t>
      </w:r>
    </w:p>
    <w:p>
      <w:r>
        <w:t>абзац седьмой части третьей статьи 5 после слов "административно-территориальных образованиях," дополнить словами "федеральной территории,"</w:t>
      </w:r>
    </w:p>
    <w:p>
      <w:r>
        <w:t>в части четвертой статьи 10 слова "на которых" заменить словами "закрытых административно-территориальных образований, федеральных территорий, где"</w:t>
      </w:r>
    </w:p>
    <w:p>
      <w:r>
        <w:t>в части первой статьи 16: а) в абзаце восемнадцатом слова "тушения пожаров в населенных пунктах" заменить словами "тушения пожаров силами подразделений пожарной охраны, содержащихся за счет средств федерального бюджета, в населенных пунктах", после слов "административно-территориальных образованиях," дополнить словами "федеральной территории,", после слов "воинские подразделения" дополнить словами "федеральной противопожарной службы"; б) в абзаце двадцать первом слова "Российской Федерации, на которых" заменить словами "Российской Федерации, закрытых административно-территориальных образований, федеральных территорий, где"; в) дополнить абзацем следующего содержания: "подготовка утверждаемого Правительством Российской Федерации перечня населенных пунктов (внутригородских территорий городов федерального значения), в которых размещаются территориальные подразделения федеральной противопожарной службы."</w:t>
      </w:r>
    </w:p>
    <w:p>
      <w:r>
        <w:t>в части первой статьи 18: а) в абзаце одиннадцатом слова "на объектах, входящих в утверждаемый" заменить словами "федеральной территории, на объектах, входящих в утвержденный", после слов "народов Российской Федерации," дополнить словами "закрытых административно-территориальных образований, федеральных территорий,"; б) в абзаце пятнадцатом после слов "Российской Федерации" дополнить словами ", в населенных пунктах, в том числе в городских лесах", после слов "административно-территориальных образованиях," дополнить словами "федеральной территории,"</w:t>
      </w:r>
    </w:p>
    <w:p>
      <w:r>
        <w:t>в абзаце седьмом части первой статьи 37 слова "на которых" заменить словами "закрытых административно-территориальных образований, федеральных территорий, где"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