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8 Федерального закона "О дополнительных гарантиях по социальной поддержке детей-сирот и детей, оставшихся без попечения родителей"</w:t>
      </w:r>
    </w:p>
    <w:p>
      <w:r>
        <w:rPr>
          <w:b/>
        </w:rPr>
        <w:t>Статья 1</w:t>
      </w:r>
    </w:p>
    <w:p>
      <w:r>
        <w:t>Внести в статью 8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(Собрание законодательства Российской Федерации, 1996, № 52, ст. 5880; 2004, № 35, ст. 3607; 2012, № 10, ст. 1163; 2013, № 27, ст. 3477; 2015, № 48, ст. 6724; 2018, № 31, ст. 4856) изменение, дополнив ее пунктом 10 следующего содержания: "10. Лица, указанные в абзаце первом пункта 1 настоящей статьи, по достижении ими возраста 18 лет либо в случае приобретения ими полной дееспособности до достижения совершеннолетия до фактического предоставления им благоустроенных жилых помещений специализированного жилищного фонда по договорам найма специализированных жилых помещений или до исключения их из списка по основаниям, предусмотренным пунктом 31 настоящей статьи, а также лица, указанные в пункте 9 настоящей статьи, по их заявлению регистрируются по месту жительства по адресу местной администрации или территориального органа местной администрации (при его наличии) муниципального образования, на территории которого они проживают, в субъекте Российской Федерации, где они включены в список, в порядке, установленном Правительством Российской Федерации.".</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