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благотворительной деятельности и добровольчестве (волонтерстве)"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