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вторую статьи 22 Федерального закона от 21 декабря 1994 года № 69-ФЗ "О пожарной безопасности" (Собрание законодательства Российской Федерации, 1994, № 35, ст. 3649; 2004, № 35, ст. 3607; 2006, № 44, ст. 4537; 2007, № 43, ст. 5084; 2009, № 48, ст. 5717; 2013, № 7, ст. 610; 2015, № 18, ст. 2621; № 29, ст. 4360; 2016, № 1, ст. 68) дополнить словами ", а также участие в проведении работ по поиску, обезвреживанию и (или) уничтожению взрывоопасных предметов в порядке, определяемом федеральным органом исполнительной власти в области обороны совместно с федеральным органом исполнительной власти, уполномоченным на решение задач в области пожарной безопасности, и другими федеральными органами исполнительной власти, уполномоченными на организацию проведения указанных работ, оказании помощи в реализации международных программ, проектов и операций по гуманитарному разминированию, выполнение взрывных работ в порядке, определяемом федеральным органом исполнительной власти, уполномоченным на решение задач в области пожарной безопасности", дополнить предложением следующего содержания: "Перечень структурных подразделений территориальных органов федерального органа исполнительной власти, уполномоченного на решение задач в области пожарной безопасности, участвующих в проведении работ по поиску, обезвреживанию и (или) уничтожению взрывоопасных предметов и выполняющих взрывные работы, утверждается федеральным органом исполнительной власти, уполномоченным на решение задач в области пожарной безопасности.".</w:t>
      </w:r>
    </w:p>
    <w:p>
      <w:r>
        <w:rPr>
          <w:b/>
        </w:rPr>
        <w:t>Статья 2</w:t>
      </w:r>
    </w:p>
    <w:p>
      <w:r>
        <w:t>Пункт 1 статьи 6 Федерального закона от 22 августа 1995 года № 151-ФЗ "Об аварийно-спасательных службах и статусе спасателей" (Собрание законодательства Российской Федерации, 1995, № 35, ст. 3503; 2004, № 35, ст. 3607; 2019, № 27, ст. 3524) дополнить абзацем следующего содержания: "участию в проведении работ по поиску, обезвреживанию и (или) уничтожению взрывоопасных предметов в порядке, определяемом федеральным органом исполнительной власти в области обороны совместно с федеральными органами исполнительной власти, уполномоченными на организацию проведения указанных работ, оказании помощи в реализации международных программ, проектов и операций по гуманитарному разминированию, а также по выполнению взрывных работ.".</w:t>
      </w:r>
    </w:p>
    <w:p>
      <w:r>
        <w:rPr>
          <w:b/>
        </w:rPr>
        <w:t>Статья 3</w:t>
      </w:r>
    </w:p>
    <w:p>
      <w:r>
        <w:t>Статью 10 Федерального закона от 31 мая 1996 года № 61-ФЗ "Об обороне" (Собрание законодательства Российской Федерации, 1996, № 23, ст. 2750; 2004, № 27, ст. 2711; 2005, № 15, ст. 1276; 2009, № 45, ст. 5270) дополнить пунктом 7 следующего содержания: "7. Вооруженные Силы Российской Федерации организуют и проводят работы по поиску, обезвреживанию и (или) уничтожению взрывоопасных предметов совместно с другими федеральными органами исполнительной власти, уполномоченными на организацию проведения указанных работ, оказывают помощь в реализации международных программ, проектов и операций по гуманитарному разминированию, а также выполняют взрывные работы в порядке, определяемом Министерством обороны Российской Федерации.".</w:t>
      </w:r>
    </w:p>
    <w:p>
      <w:r>
        <w:rPr>
          <w:b/>
        </w:rPr>
        <w:t>Статья 4</w:t>
      </w:r>
    </w:p>
    <w:p>
      <w:r>
        <w:t>Статью 15 Федерального закона от 12 февраля 1998 года № 28-ФЗ "О гражданской обороне" (Собрание законодательства Российской Федерации, 1998, № 7, ст. 799; 2004, № 35, ст. 3607; 2010, № 31, ст. 4192; 2013, № 52, ст. 6969; 2019, № 18, ст. 2208) дополнить пунктом 6 следующего содержания: "6. Спасательные воинские формирования, профессиональные аварийно-спасательные формирования федерального органа исполнительной власти, уполномоченного на решение задач в области гражданской обороны, и структурные подразделения федеральной противопожарной службы Государственной противопожарной службы участвуют в проведении работ по поиску, обезвреживанию и (или) уничтожению взрывоопасных предметов в порядке, определяемом федеральным органом исполнительной власти в области обороны совместно с федеральным органом исполнительной власти, уполномоченным на решение задач в области гражданской обороны, и другими федеральными органами исполнительной власти, уполномоченными на организацию проведения указанных работ, оказании помощи в реализации международных программ, проектов и операций по гуманитарному разминированию, а также выполняют взрывные работы в порядке, определяемом федеральным органом исполнительной власти, уполномоченным на решение задач в области гражданской обороны.".</w:t>
      </w:r>
    </w:p>
    <w:p>
      <w:r>
        <w:rPr>
          <w:b/>
        </w:rPr>
        <w:t>Статья 5</w:t>
      </w:r>
    </w:p>
    <w:p>
      <w:r>
        <w:t>Внести в часть 1 статьи 9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42, ст. 6378; 2019, № 49, ст. 6963; 2020, № 12, ст. 1656) следующие изменения</w:t>
      </w:r>
    </w:p>
    <w:p>
      <w:r>
        <w:t>в пункте 12 слова ", взрывных устройств, взрывчатых веществ" исключить</w:t>
      </w:r>
    </w:p>
    <w:p>
      <w:r>
        <w:t>в пункте 14 слово "районах" заменить словами "местах (районах)"</w:t>
      </w:r>
    </w:p>
    <w:p>
      <w:r>
        <w:t>пункт 33 после слова "местами" дополнить словом "(районами)"</w:t>
      </w:r>
    </w:p>
    <w:p>
      <w:r>
        <w:t>дополнить пунктами 35 и 36 следующего содержания: "35) осуществлять прием, хранение и уничтожение изъятых, добровольно сданных или найденных взрывоопасных предметов, взрывных устройств и взрывчатых веществ</w:t>
      </w:r>
    </w:p>
    <w:p>
      <w:r>
        <w:t>проводить работы по поиску, обезвреживанию и (или) уничтожению взрывоопасных предметов в порядке, определяемом федеральным органом исполнительной власти в области обороны совместно с уполномоченным федеральным органом исполнительной власти и другими федеральными органами исполнительной власти, уполномоченными на организацию проведения указанных работ, оказывать помощь в реализации международных программ, проектов и операций по гуманитарному разминированию, а также выполнять взрывные работы в порядке, определяемом уполномоченным федеральным органом исполнительной власти."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