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внешней разведке"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