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1234; № 17, ст. 1776; № 18, ст. 1907; № 19, ст. 2066; № 23, ст. 2380, 2385; № 31, ст. 3420, 3438, 3452; № 45, ст. 4641; № 50, ст. 5279, 5281; № 52, ст. 5498; 2007, № 1, ст. 21, 29; № 15, ст. 1743; № 16, ст. 1825; № 30, ст. 3755; № 31, ст. 4007, 4008; № 41, ст. 4845; № 43, ст. 5084; № 46, ст. 5553; 2008, № 18, ст. 1941; № 20, ст. 2251; № 30, ст. 3604; № 49, ст. 5745, 5748;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4192, 4193, 4195, 4206, 4207, 4208; № 41, ст. 5192; № 49, ст. 6409; 2011, № 1, ст. 10, 23, 54; № 7, ст. 901; № 15, ст. 2039; № 17, ст. 2310; № 19, ст. 2715; № 23, ст. 3260; № 27, ст. 3873; № 29, ст. 4289,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1651,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558,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67, 74, 83, 85; № 10, ст. 1405, 1416, 1427; № 13, ст. 1811; № 18, ст. 2614, 2620; № 21, ст. 2981; № 24, ст. 3370; № 27, ст. 3945, 3950;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4775, 4812, 4814, 4815, 4827, 4828; № 45, ст. 6583; № 47, ст. 6844, 6851; № 49, ст. 7308; № 50, ст. 7562; № 52, ст. 7919; 2018, № 1, ст. 21, 30, 35, 48; № 7, ст. 973; № 18, ст. 2562; № 30, ст. 4555; № 31, ст. 4824, 4825, 4826, 4828, 4851; № 41, ст. 6187; № 42, ст. 6378; № 45, ст. 6832, 6843; № 47, ст. 7125, 7127, 7128; № 53, ст. 8436, 8447; 2019, № 6, ст. 465; № 10, ст. 893; № 12, ст. 1216, 1217, 1218, 1219; № 16, ст. 1819, 1821; № 22, ст. 2669; № 25, ст. 3161; № 29, ст. 3847; № 30, ст. 4119, 4121, 4125, 4131; № 42, ст. 5803; № 44, ст. 6178, 6182; № 49, ст. 6964; № 51, ст. 7493, 7494, 7495; № 52, ст. 7766, 7811, 7819; 2020, № 14, ст. 2002, 2019, 2020, 2029; № 50, ст. 8065; 2021, № 1, ст. 50, 51, 70; № 6, ст. 959; № 9, ст. 1461, 1466; № 11, ст. 1701; № 15, ст. 2431; № 18, ст. 3046; № 22, ст. 3676; № 24, ст. 4222, 4223, 4224; № 27, ст. 5060, 5111; № 52, ст. 8978, 8986; 2022, № 1, ст. 3, 37, 49; № 5, ст. 676; № 10, ст. 1388, 1399; № 13, ст. 1959; № 16, ст. 2605; № 29, ст. 5224, 5226, 5254) следующие изменения</w:t>
      </w:r>
    </w:p>
    <w:p>
      <w:r>
        <w:t>(Пункт утратил силу - Федеральный закон от 28.12.2024 № 500-ФЗ) 2) в части 1 статьи 23.1 слова "частью 3 статьи 14.55," исключить</w:t>
      </w:r>
    </w:p>
    <w:p>
      <w:r>
        <w:t>часть 1 статьи 27.2 дополнить пунктом 18 следующего содержания: "18)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правонарушений, предусмотренных частью 1 статьи 20.17 настоящего Кодекса, - в служебное помещение органа внутренних дел (полиции) или служебное помещение воинской части."</w:t>
      </w:r>
    </w:p>
    <w:p>
      <w:r>
        <w:t>часть 1 статьи 27.3 дополнить пунктом 12 следующего содержания: "12) военнослужащие федерального органа исполнительной власти в сфере мобилизационной подготовки и мобилизации - при выявлении административных правонарушений, предусмотренных частью 1 статьи 20.17 настоящего Кодекса."</w:t>
      </w:r>
    </w:p>
    <w:p>
      <w:r>
        <w:t>в части 2 статьи 28.3: а) в пункте 94 слова "частью 3 статьи 14.55," исключить; б) дополнить пунктом 115 следующего содержания: "115) должностные лица федерального органа исполнительной власти в сфере мобилизационной подготовки и мобилизации - об административных правонарушениях, предусмотренных частью 1 статьи 20.17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