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2001, № 11, ст. 1002; 2003, № 50, ст. 4848; 2007, № 31, ст. 4008; 2008, № 52, ст. 6235; 2009, № 31, ст. 3921; № 45, ст. 5263; № 52, ст. 6453; 2010, № 30, ст. 3986; 2011, № 11, ст. 1495; № 50, ст. 7362; 2012, № 10, ст. 1162, 1166; 2013, № 27, ст. 3477; № 43, ст. 5440; № 48, ст. 6165; № 52, ст. 6997; 2014, № 19, ст. 2309, 2335; № 48, ст. 6651; 2016, № 27, ст. 4261; № 28, ст. 4559; 2018, № 53, ст. 8466; 2020, № 8, ст. 916; № 31, ст. 5019; 2022, № 10, ст. 1395) следующие изменения: 1) в пункте "л" части первой статьи 63 слова "в условиях вооруженного конфликта или военных действий" заменить словами "в период мобилизации или военного положения, в военное время либо в условиях вооруженного конфликта или ведения боевых действий"; 2) в абзаце четвертом части второй статьи 80 слова "либо не менее половины срока наказания при замене наказания в виде лишения свободы принудительными работами" исключить; 3) дополнить статьей 2012 следующего содержания: "Статья 2012.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1.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лицом, подвергнутым административному наказанию за деяние, предусмотренное частью 1 или 21 статьи 14.55 Кодекса Российской Федерации об административных правонарушениях, - 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
        <w:rPr>
          <w:b/>
        </w:rPr>
        <w:t xml:space="preserve">2. </w:t>
      </w:r>
      <w:r>
        <w:t>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лицом, указанным в части 1 статьи 14.55 Кодекса Российской Федерации об административных правонарушениях, повлекшее причинение Российской Федерации ущерба в сумме, составляющей не менее пяти процентов цены таких государственного контракта либо договора, но не менее пяти миллионов рублей, или невыполнение задания государственного оборонного заказа, -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Примечание. Лицо, совершившее преступление, предусмотренное частью первой настоящей статьи, освобождается от уголовной ответственности, если оно добровольно устранило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
        <w:rPr>
          <w:b/>
        </w:rPr>
        <w:t xml:space="preserve">2. </w:t>
      </w:r>
      <w:r>
        <w:t>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должностным лицом, повлекшее причинение Российской Федерации ущерба в сумме, составляющей не менее пяти процентов цены таких государственного контракта либо договора, но не менее пяти миллионов рублей, или невыполнение задания государственного оборонного заказа, -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Примечание. Должностное лицо, совершившее преступление, предусмотренное частью первой настоящей статьи, освобождается от уголовной ответственности, если оно добровольно устранило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
        <w:rPr>
          <w:b/>
        </w:rPr>
        <w:t xml:space="preserve">1. </w:t>
      </w:r>
      <w:r>
        <w:t>Военнослужащий, впервые совершивший деяния, предусмотренные частями первой, второй, третьей или четвертой настоящей статьи, может быть освобожден от уголовной ответственности, если самовольное оставление части или места службы, а равно неявка в срок без уважительных причин на службу явились следствием стечения тяжелых обстоятельств</w:t>
      </w:r>
    </w:p>
    <w:p>
      <w:r>
        <w:rPr>
          <w:b/>
        </w:rPr>
        <w:t xml:space="preserve">2. </w:t>
      </w:r>
      <w:r>
        <w:t>Граждане, пребывающие в запасе, во время прохождения ими военных сборов несут уголовную ответственность за совершение преступлений, предусмотренных настоящей статьей, которая установлена для военнослужащих, проходящих военную службу по контракту.";</w:t>
      </w:r>
    </w:p>
    <w:p>
      <w:r>
        <w:rPr>
          <w:b/>
        </w:rPr>
        <w:t xml:space="preserve">2. </w:t>
      </w:r>
      <w:r>
        <w:t>Те же деяния, совершенные в период военного положения, в военное время либо в условиях вооруженного конфликта или ведения боевых действий, - наказываются лишением свободы на срок до пяти лет.";</w:t>
      </w:r>
    </w:p>
    <w:p>
      <w:r>
        <w:rPr>
          <w:b/>
        </w:rPr>
        <w:t xml:space="preserve">2. </w:t>
      </w:r>
      <w:r>
        <w:t>То же деяние, совершенное в период военного положения, в военное время либо в условиях вооруженного конфликта или ведения боевых действий, - наказывается лишением свободы на срок до семи лет.";</w:t>
      </w:r>
    </w:p>
    <w:p>
      <w:r>
        <w:rPr>
          <w:b/>
        </w:rPr>
        <w:t xml:space="preserve">2. </w:t>
      </w:r>
      <w:r>
        <w:t>Мародерство, совершенное с применением насилия, не опасного для жизни или здоровья, либо с угрозой применения такого насилия, - наказывается лишением свободы на срок до десяти лет</w:t>
      </w:r>
    </w:p>
    <w:p>
      <w:r>
        <w:rPr>
          <w:b/>
        </w:rPr>
        <w:t xml:space="preserve">3. </w:t>
      </w:r>
      <w:r>
        <w:t>Мародерство, совершенное:</w:t>
      </w:r>
    </w:p>
    <w:p>
      <w:r>
        <w:rPr>
          <w:b/>
        </w:rPr>
        <w:t xml:space="preserve">4. </w:t>
      </w:r>
      <w:r>
        <w:t>Мародерство:</w:t>
      </w:r>
    </w:p>
    <w:p>
      <w:r>
        <w:rPr>
          <w:b/>
        </w:rPr>
        <w:t xml:space="preserve">2. </w:t>
      </w:r>
      <w:r>
        <w:t>дополнить статьей 2013 следующего содержания: "Статья 2013. Отказ или уклонение лица, подвергнутого административному наказанию, от заключения государственного контракта по государственному оборонному заказу либо договора, необходимого для выполнения государственного оборонного заказа Отказ или уклонение лица, подвергнутого административному наказанию за деяние, предусмотренное частью 1 или 2 статьи 7.292 Кодекса Российской Федерации об административных правонарушениях, от заключения государственного контракта по государственному оборонному заказу либо договора, необходимого для выполнения государственного оборонного заказа, если заключение таких государственного контракта либо договора является обязательным в соответствии с федеральным законом, - 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
        <w:rPr>
          <w:b/>
        </w:rPr>
        <w:t xml:space="preserve">2. </w:t>
      </w:r>
      <w:r>
        <w:t>дополнить статьей 2855 следующего содержания: "Статья 2855. Нарушение должностным лицом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1.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должностным лицом, подвергнутым административному наказанию за деяние, предусмотренное частью 1, 2 или 21 статьи 14.55 Кодекса Российской Федерации об административных правонарушениях, - 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
        <w:rPr>
          <w:b/>
        </w:rPr>
        <w:t xml:space="preserve">2. </w:t>
      </w:r>
      <w:r>
        <w:t>дополнить статьей 2856 следующего содержания: "Статья 2856. Отказ или уклонение должностного лица, подвергнутого административному наказанию, от заключения государственного контракта по государственному оборонному заказу либо договора, необходимого для выполнения государственного оборонного заказа Отказ или уклонение должностного лица, подвергнутого административному наказанию за деяние, предусмотренное частью 1 или 2 статьи 7.292 Кодекса Российской Федерации об административных правонарушениях, от заключения государственного контракта по государственному оборонному заказу либо договора, необходимого для выполнения государственного оборонного заказа, если заключение таких государственного контракта либо договора является обязательным в соответствии с федеральным законом, - 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w:t>
      </w:r>
    </w:p>
    <w:p>
      <w:r>
        <w:rPr>
          <w:b/>
        </w:rPr>
        <w:t xml:space="preserve">2. </w:t>
      </w:r>
      <w:r>
        <w:t>часть третью статьи 331 признать утратившей силу</w:t>
      </w:r>
    </w:p>
    <w:p>
      <w:r>
        <w:rPr>
          <w:b/>
        </w:rPr>
        <w:t xml:space="preserve">2. </w:t>
      </w:r>
      <w:r>
        <w:t>статью 332:</w:t>
      </w:r>
    </w:p>
    <w:p>
      <w:r>
        <w:rPr>
          <w:b/>
        </w:rPr>
        <w:t xml:space="preserve">2. </w:t>
      </w:r>
      <w:r>
        <w:t>статью 333 дополнить частью третьей следующего содержания: "3.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пятнадцати лет."</w:t>
      </w:r>
    </w:p>
    <w:p>
      <w:r>
        <w:rPr>
          <w:b/>
        </w:rPr>
        <w:t xml:space="preserve">2. </w:t>
      </w:r>
      <w:r>
        <w:t>статью 334 дополнить частью третьей следующего содержания: "3.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пятнадцати лет."</w:t>
      </w:r>
    </w:p>
    <w:p>
      <w:r>
        <w:rPr>
          <w:b/>
        </w:rPr>
        <w:t xml:space="preserve">2. </w:t>
      </w:r>
      <w:r>
        <w:t>в статье 337:</w:t>
      </w:r>
    </w:p>
    <w:p>
      <w:r>
        <w:rPr>
          <w:b/>
        </w:rPr>
        <w:t xml:space="preserve">2. </w:t>
      </w:r>
      <w:r>
        <w:t>дополнить частью второй1 следующего содержания: "21. Неисполнение подчиненным приказа начальника, отданного в установленном порядке, в период военного положения, в военное время либо в условиях вооруженного конфликта или ведения боевых действий, а равно отказ от участия в военных или боевых действиях - наказываются лишением свободы на срок от двух до трех лет."</w:t>
      </w:r>
    </w:p>
    <w:p>
      <w:r>
        <w:rPr>
          <w:b/>
        </w:rPr>
        <w:t xml:space="preserve">2. </w:t>
      </w:r>
      <w:r>
        <w:t>дополнить частью второй2 следующего содержания: "22. Деяния, предусмотренные частями первой или второй настоящей статьи, совершенные в период военного положения, в военное время либо в условиях вооруженного конфликта или ведения боевых действий, а равно отказ от участия в военных или боевых действиях, повлекший тяжкие последствия, - наказываются лишением свободы на срок от трех до десяти лет."</w:t>
      </w:r>
    </w:p>
    <w:p>
      <w:r>
        <w:rPr>
          <w:b/>
        </w:rPr>
        <w:t xml:space="preserve">2. </w:t>
      </w:r>
      <w:r>
        <w:t>дополнить частью второй1 следующего содержания: "21. Самовольное оставление части или места службы, а равно неявка в срок без уважительных причин на службу продолжительностью свыше двух суток, но не более десяти суток, совершенные военнослужащим, проходящим военную службу по призыву или по контракту,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до пяти лет."</w:t>
      </w:r>
    </w:p>
    <w:p>
      <w:r>
        <w:rPr>
          <w:b/>
        </w:rPr>
        <w:t xml:space="preserve">2. </w:t>
      </w:r>
      <w:r>
        <w:t>дополнить частью третьей1 следующего содержания: "31. Деяния, предусмотренные частью третьей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до семи лет."</w:t>
      </w:r>
    </w:p>
    <w:p>
      <w:r>
        <w:rPr>
          <w:b/>
        </w:rPr>
        <w:t xml:space="preserve">2. </w:t>
      </w:r>
      <w:r>
        <w:t>дополнить частью пятой следующего содержания: "5. Самовольное оставление части или места службы, а равно неявка в срок без уважительных причин на службу продолжительностью свыше одного месяца, совершенные военнослужащим, проходящим военную службу по призыву или по контракту,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десяти лет."</w:t>
      </w:r>
    </w:p>
    <w:p>
      <w:r>
        <w:rPr>
          <w:b/>
        </w:rPr>
        <w:t xml:space="preserve">2. </w:t>
      </w:r>
      <w:r>
        <w:t>примечание изложить в следующей редакции: "Примечания</w:t>
      </w:r>
    </w:p>
    <w:p>
      <w:r>
        <w:rPr>
          <w:b/>
        </w:rPr>
        <w:t xml:space="preserve">2. </w:t>
      </w:r>
      <w:r>
        <w:t>статью 338 дополнить частью третьей следующего содержания: "3.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пятнадцати лет."</w:t>
      </w:r>
    </w:p>
    <w:p>
      <w:r>
        <w:rPr>
          <w:b/>
        </w:rPr>
        <w:t xml:space="preserve">2. </w:t>
      </w:r>
      <w:r>
        <w:t>статью 339 дополнить частью третьей следующего содержания: "3.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десяти лет."</w:t>
      </w:r>
    </w:p>
    <w:p>
      <w:r>
        <w:rPr>
          <w:b/>
        </w:rPr>
        <w:t xml:space="preserve">2. </w:t>
      </w:r>
      <w:r>
        <w:t>статью 340:</w:t>
      </w:r>
    </w:p>
    <w:p>
      <w:r>
        <w:rPr>
          <w:b/>
        </w:rPr>
        <w:t xml:space="preserve">2. </w:t>
      </w:r>
      <w:r>
        <w:t>статью 341:</w:t>
      </w:r>
    </w:p>
    <w:p>
      <w:r>
        <w:rPr>
          <w:b/>
        </w:rPr>
        <w:t xml:space="preserve">2. </w:t>
      </w:r>
      <w:r>
        <w:t>статью 342:</w:t>
      </w:r>
    </w:p>
    <w:p>
      <w:r>
        <w:rPr>
          <w:b/>
        </w:rPr>
        <w:t xml:space="preserve">2. </w:t>
      </w:r>
      <w:r>
        <w:t>статью 344 дополнить частью третьей следующего содержания: "3.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статью 346 дополнить частью третьей следующего содержания: "3. Деяния, предусмотренные частями первой или второй настоящей статьи, совершенные в период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десяти лет."</w:t>
      </w:r>
    </w:p>
    <w:p>
      <w:r>
        <w:rPr>
          <w:b/>
        </w:rPr>
        <w:t xml:space="preserve">2. </w:t>
      </w:r>
      <w:r>
        <w:t>статью 347 изложить в следующей редакции: "Статья 347. Уничтожение или повреждение военного имущества по неосторожности 1. Уничтожение или повреждение по неосторожности оружия, боеприпасов или предметов военной техники, повлекшие тяжкие последствия,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
        <w:rPr>
          <w:b/>
        </w:rPr>
        <w:t xml:space="preserve">2. </w:t>
      </w:r>
      <w:r>
        <w:t>дополнить частью четвертой следующего содержания: "4.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десяти лет."</w:t>
      </w:r>
    </w:p>
    <w:p>
      <w:r>
        <w:rPr>
          <w:b/>
        </w:rPr>
        <w:t xml:space="preserve">2. </w:t>
      </w:r>
      <w:r>
        <w:t>дополнить частью пятой следующего содержания: "5. Деяние, предусмотренное частью третьей настоящей статьи, совершенное в период мобилизации или военного положения, в военное время либо в условиях вооруженного конфликта или ведения боевых действий, - наказывается лишением свободы на срок до пяти лет."</w:t>
      </w:r>
    </w:p>
    <w:p>
      <w:r>
        <w:rPr>
          <w:b/>
        </w:rPr>
        <w:t xml:space="preserve">2. </w:t>
      </w:r>
      <w:r>
        <w:t>дополнить частью четвертой следующего содержания: "4.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десяти лет."</w:t>
      </w:r>
    </w:p>
    <w:p>
      <w:r>
        <w:rPr>
          <w:b/>
        </w:rPr>
        <w:t xml:space="preserve">2. </w:t>
      </w:r>
      <w:r>
        <w:t>дополнить частью пятой следующего содержания: "5. Деяние, предусмотренное частью третьей настоящей статьи, совершенное в период мобилизации или военного положения, в военное время либо в условиях вооруженного конфликта или ведения боевых действий, - наказывается лишением свободы на срок до пяти лет."</w:t>
      </w:r>
    </w:p>
    <w:p>
      <w:r>
        <w:rPr>
          <w:b/>
        </w:rPr>
        <w:t xml:space="preserve">2. </w:t>
      </w:r>
      <w:r>
        <w:t>дополнить частью четвертой следующего содержания: "4. Деяния, предусмотренные частями первой или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дополнить частью пятой следующего содержания: "5. Деяние, предусмотренное частью третьей настоящей статьи, совершенное в период мобилизации или военного положения, в военное время либо в условиях вооруженного конфликта или ведения боевых действий, - наказывается лишением свободы на срок до восьми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статью 348 изложить в следующей редакции: "Статья 348. Утрата военного имущества 1. Нарушение правил сбережения вверенных для служебного пользования оружия, боеприпасов или предметов военной техники, если это повлекло по неосторожности их утрату,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 либо лишением свободы на срок до двух лет</w:t>
      </w:r>
    </w:p>
    <w:p>
      <w:r>
        <w:rPr>
          <w:b/>
        </w:rPr>
        <w:t xml:space="preserve">2. </w:t>
      </w:r>
      <w:r>
        <w:t>главу 33 дополнить статьей 3521 следующего содержания: "Статья 3521. Добровольная сдача в плен Добровольная сдача в плен при отсутствии признаков преступления, предусмотренного статьей 275 настоящего Кодекса, - наказывается лишением свободы на срок от трех до десяти лет. Примечание. Военнослужащий, впервые совершивший преступление, предусмотренное настоящей статьей, может быть освобожден от уголовной ответственности, если он принял меры для своего освобождения, возвратился в часть или к месту службы и не совершил во время пребывания в плену других преступлений."</w:t>
      </w:r>
    </w:p>
    <w:p>
      <w:r>
        <w:rPr>
          <w:b/>
        </w:rPr>
        <w:t xml:space="preserve">2. </w:t>
      </w:r>
      <w:r>
        <w:t>дополнить статьей 3561 следующего содержания: "Статья 3561. Мародерство 1. Мародерство, то есть совершенные с корыстной целью в период военного положения, в военное время либо в условиях вооруженного конфликта или ведения боевых действий и не связанные с вынужденной необходимостью противоправные безвозмездное изъятие и (или) обращение в пользу виновного или других лиц чужого имущества (в том числе имущества, находящегося при убитых или раненых, имущества гражданского населения), - наказывается лишением свободы на срок до шести лет</w:t>
      </w:r>
    </w:p>
    <w:p>
      <w:r>
        <w:rPr>
          <w:b/>
        </w:rPr>
        <w:t xml:space="preserve">3. </w:t>
      </w:r>
      <w:r>
        <w:t>группой лиц по предварительному сговору</w:t>
      </w:r>
    </w:p>
    <w:p>
      <w:r>
        <w:rPr>
          <w:b/>
        </w:rPr>
        <w:t xml:space="preserve">3. </w:t>
      </w:r>
      <w:r>
        <w:t>в крупном размере</w:t>
      </w:r>
    </w:p>
    <w:p>
      <w:r>
        <w:rPr>
          <w:b/>
        </w:rPr>
        <w:t xml:space="preserve">3. </w:t>
      </w:r>
      <w:r>
        <w:t>с применением насилия, опасного для жизни или здоровья, либо с угрозой применения такого насилия, - наказывается лишением свободы на срок от трех до двенадцати лет</w:t>
      </w:r>
    </w:p>
    <w:p>
      <w:r>
        <w:rPr>
          <w:b/>
        </w:rPr>
        <w:t xml:space="preserve">4. </w:t>
      </w:r>
      <w:r>
        <w:t>совершенное организованной группой</w:t>
      </w:r>
    </w:p>
    <w:p>
      <w:r>
        <w:rPr>
          <w:b/>
        </w:rPr>
        <w:t xml:space="preserve">4. </w:t>
      </w:r>
      <w:r>
        <w:t>совершенное в особо крупном размере</w:t>
      </w:r>
    </w:p>
    <w:p>
      <w:r>
        <w:rPr>
          <w:b/>
        </w:rPr>
        <w:t xml:space="preserve">4. </w:t>
      </w:r>
      <w:r>
        <w:t>соединенное с угрозой убийством или причинением тяжкого вреда здоровью потерпевшего, - наказывается лишением свободы на срок от восьми до пятнадцати лет. Примечание. Крупным размером в настоящей статье признается стоимость имущества, превышающая двести пятьдесят тысяч рублей, а особо крупным - один миллион рублей."</w:t>
      </w:r>
    </w:p>
    <w:p>
      <w:r>
        <w:rPr>
          <w:b/>
        </w:rPr>
        <w:t>Статья 2</w:t>
      </w:r>
    </w:p>
    <w:p>
      <w:r>
        <w:t>Внести в статью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48, ст. 6651; 2015, № 1, ст. 83, 85; № 6, ст. 885; № 21, ст. 2981; № 29, ст. 4391; 2016, № 1, ст. 61; № 14, ст. 1908; № 18, ст. 2515; № 26, ст. 3868; № 27, ст. 4256, 4257, 4258, 4262; № 28, ст. 4559; № 48, ст. 6732; № 52, ст. 7485; 2017, № 15, ст. 2135; № 24, ст. 3489; № 31, ст. 4743, 4752, 4799; № 52, ст. 7935; 2018, № 1, ст. 53, 85; № 18, ст. 2569, 2584; № 27, ст. 3940; № 31, ст. 4818; № 53, ст. 8446, 8456; 2019, № 14, ст. 1459; № 30, ст. 4108, 4111; № 44, ст. 6175; № 52, ст. 7818; 2020, № 8, ст. 919; № 14, ст. 2030; № 15, ст. 2235; № 42, ст. 6515; № 44, ст. 6894; 2021, № 9, ст. 1472; № 13, ст. 2135; № 27, ст. 5109, 5113; 2022, № 10, ст. 1389; № 13, ст. 1952; № 29, ст. 5227) следующие изменения</w:t>
      </w:r>
    </w:p>
    <w:p>
      <w:r>
        <w:t>в подпункте "а" пункта 1 части второй цифры "2011," заменить цифрами "2011 - 2013,"</w:t>
      </w:r>
    </w:p>
    <w:p>
      <w:r>
        <w:t>в части пятой цифры "2011," заменить цифрами "2011 - 2013,"</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