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Мексиканских Соединенных Штатов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