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науке и государственной научно-технической политике" и статью 11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2001, № 1, ст. 20; 2004, № 35, ст. 3607; 2006, № 50, ст. 5280; 2008, № 30, ст. 3616; 2009, № 1, ст. 17; 2010, № 31, ст. 4167; 2013, № 27, ст. 3477; 2014, № 52, ст. 7554; 2015, № 29, ст. 4396; 2016, № 22, ст. 3096; 2021, № 1, ст. 56) следующие изменения</w:t>
      </w:r>
    </w:p>
    <w:p>
      <w:r>
        <w:t>абзац первый пункта 3 изложить в следующей редакции: "3. Присуждение ученой степени кандидата наук, ученой степени доктора наук, присвоение ученого звания подтверждаются соответственно дипломом кандидата наук, дипломом доктора наук, аттестатом о присвоении ученого звания, которые оформляются на государственном языке Российской Федерации. Диплом кандидата наук, диплом доктора наук могут быть переведены на иностранный язык и оформлены в порядке, установленном научной организацией или образовательной организацией высшего образования. Формы дипломов об ученых степенях, аттестата о присвоении ученого звания, технические требования к таким документам, порядок их оформления и выдачи утверждаются в порядке, определяемом Правительством Российской Федерации, если иное не установлено настоящей статьей."</w:t>
      </w:r>
    </w:p>
    <w:p>
      <w:r>
        <w:t>в пункте 31: а) абзац первый изложить в следующей редакции: "31. Московский государственный университет имени М.В.Ломоносова и Санкт-Петербургский государственный университет, образовательные организации высшего образования, в отношении которых установлена категория "федеральный университет" или "национальный исследовательский университет", образовательные организации высшего образования, которые вправе в соответствии с Федеральным законом от 29 декабря 2012 года № 273-ФЗ "Об образовании в Российской Федерации" разрабатывать и утверждать самостоятельно требования к программам подготовки научных и научно-педагогических кадров в аспирантуре (адъюнктуре), научные организации, которые являются национальными исследовательскими центрами либо имеют статус государственного научного центра, а также научные организации и образовательные организации высшего образования, которые достигли высоких результатов в научной и (или) научно-технической деятельности, обладают авторитетом в вопросах подготовки научных и научно-педагогических кадров высшей квалификации и перечень которых устанавливается Правительством Российской Федерации, вправе самостоятельно:"; б) абзац пятый дополнить предложением следующего содержания: "Федеральный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научной и научно-технической деятельности, на основании информации, представленной в федеральную информационную систему государственной научной аттестации, предусмотренную статьей 64 настоящего Федерального закона, в установленном им порядке осуществляет мониторинг деятельности советов по защите диссертаций на соискание ученой степени кандидата наук, на соискание ученой степени доктора наук, осуществляемой в соответствии с настоящим пунктом, и контролирует соблюдение такими советами требований настоящего абзаца, в том числе вправе приостановить или возобновить деятельность таких советов."; в) абзац шестой изложить в следующей редакции: "Порядок формирования перечня научных организаций и образовательных организаций высшего образования, предусмотренного абзацем первым настоящего пункта, в том числе показатели научной и (или) научно-технической деятельности в целях включения указанных организаций в этот перечень, основания и порядок исключения из него указанных организаций, устанавливается Правительством Российской Федерации."; г) абзац восьмой изложить в следующей редакции: "Указанные в настоящем пункте организации направляют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научной и научно-технической деятельности, решения о начале реализации ими прав, предусмотренных абзацами вторым - четвертым настоящего пункта, в течение тридцати дней со дня принятия этих решений, представляют в федеральную информационную систему государственной научной аттестации, предусмотренную статьей 64 настоящего Федерального закона, информацию о локальных нормативных актах организаций, касающихся присуждения ученых степеней, о советах по защите диссертаций на соискание ученой степени кандидата наук, на соискание ученой степени доктора наук, о присуждении, лишении, восстановлении ученых степеней."; д) дополнить абзацем следующего содержания: "Документы об ученых степенях, выданные в соответствии с настоящим пунктом, предоставляют их обладателям права, аналогичные правам, предусмотренным для обладателей документов об ученых степенях, выданных в соответствии с пунктом 3 настоящей статьи."</w:t>
      </w:r>
    </w:p>
    <w:p>
      <w:r>
        <w:rPr>
          <w:b/>
        </w:rPr>
        <w:t>Статья 2</w:t>
      </w:r>
    </w:p>
    <w:p>
      <w:r>
        <w:t>Часть 10 статьи 11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2015, № 18, ст. 2625; 2018, № 32, ст. 5110; 2019, № 30, ст. 4134; № 49, ст. 6962; 2021, № 1, ст. 56; № 22, ст. 3679; Российская газета, 2022, 26 сентября) после слов "национальный исследовательский университет" дополнить словами ", образовательные организации высшего образования, осуществляющие образовательную деятельность на территории инновационного центра "Сколково" и территориях инновационных научно-технологических центров".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Обладателям ученых степеней, присужденных до 31 декабря 2024 года организациями, указанными в части 2 статьи 17 Федерального закона от 28 сентября 2010 года № 244-ФЗ "Об инновационном центре "Сколково", в порядке, установленном локальными нормативными актами указанных организаций, принятыми до дня вступления в силу настоящего Федерального закона, предоставляются те же академические и (или) профессиональные права, что и обладателям ученой степени кандидата наук, присужденной в рамках государственной системы научной аттестации. (В редакции Федерального закона от 08.08.2024 № 329-ФЗ)</w:t>
      </w:r>
    </w:p>
    <w:p>
      <w:r>
        <w:rPr>
          <w:b/>
        </w:rPr>
        <w:t xml:space="preserve">3. </w:t>
      </w:r>
      <w:r>
        <w:t>Информация о присуждении, лишении, восстановлении ученых степеней до дня вступления в силу настоящего Федерального закона организациями, указанными в части 2 статьи 17 Федерального закона от 28 сентября 2010 года № 244-ФЗ "Об инновационном центре "Сколково", направляется указанными организациями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научной и научно-технической деятельности, в течение девяноста дней 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Информация об осуществляемых до 31 декабря 2024 года организациями, указанными в части 2 статьи 17 Федерального закона от 28 сентября 2010 года № 244-ФЗ "Об инновационном центре "Сколково", присуждении, лишении, восстановлении ученых степеней, присужденных в порядке, установленном локальными нормативными актами указанных организаций, принятыми до дня вступления в силу настоящего Федерального закона, направляется такими организациями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научной и научно-технической деятельности, не позднее 31 марта 2025 года. (Дополнение частью - Федеральный закон от 08.08.2024 № 329-ФЗ)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