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мобилизационной подготовке и мобилизации в Российской Федерации"</w:t>
      </w:r>
    </w:p>
    <w:p>
      <w:r>
        <w:rPr>
          <w:b/>
        </w:rPr>
        <w:t>Статья 1</w:t>
      </w:r>
    </w:p>
    <w:p>
      <w:r>
        <w:t>Внести в раздел V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1014) изменение, дополнив его статьей 211 следующего содержания: "Статья 211. Особенности, связанные с призывом на военную службу по мобилизации отдельных категорий граждан и ее прохождением указанными категориями граждан 1. Гражданам, являющимся индивидуальными предпринимателями, учредителями (участниками) организаций, а также осуществляющим полномочия единоличного исполнительного органа, призываемым на военную службу по мобилизации, призывной комиссией по мобилизации граждан предоставляется пять рабочих дней для решения организационных вопросов, связанных с дальнейшим осуществлением предпринимательской деятельности, в том числе через доверенных лиц. Правительство Российской Федерации вправе установить особенности, касающиеся решения указанных вопросов.</w:t>
      </w:r>
    </w:p>
    <w:p>
      <w:r>
        <w:rPr>
          <w:b/>
        </w:rPr>
        <w:t xml:space="preserve">2. </w:t>
      </w:r>
      <w:r>
        <w:t>На граждан, являющихся индивидуальными предпринимателями, учредителями (участниками) организаций, а также осуществляющих полномочия единоличного исполнительного органа, призванных на военную службу по мобилизации, не распространяются ограничения и запреты, установленные Федеральным законом от 27 мая 1998 года № 76-ФЗ "О статусе военнослужащих", касающиеся занятия предпринимательской деятельностью</w:t>
      </w:r>
    </w:p>
    <w:p>
      <w:r>
        <w:rPr>
          <w:b/>
        </w:rPr>
        <w:t xml:space="preserve">3. </w:t>
      </w:r>
      <w:r>
        <w:t>Граждане, являющиеся индивидуальными предпринимателями, учредителями (участниками) организаций, а также осуществляющие полномочия единоличного исполнительного органа, призванные на военную службу по мобилизации, могут принять решение об осуществлении предпринимательской деятельности через доверенных лиц в порядке, определенном законодательством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2 и 3 статьи 211 Федерального закона от 26 февраля 1997 года № 31-ФЗ "О мобилизационной подготовке и мобилизации в Российской Федерации" распространяется на граждан, являющихся индивидуальными предпринимателями, учредителями (участниками) организаций, а также осуществляющих полномочия единоличного исполнительного органа, призванных на военную службу по мобилизации с 21 сентября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