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приостановлении действия Федерального закона "О базовой стоимости необходимого социального набора"</w:t>
      </w:r>
    </w:p>
    <w:p>
      <w:r>
        <w:rPr>
          <w:b/>
        </w:rPr>
        <w:t>Статья 1</w:t>
      </w:r>
    </w:p>
    <w:p>
      <w:r>
        <w:t>Внести в статью 1 Федерального закона от 19 декабря 2016 года № 429-ФЗ "О приостановлении действия Федерального закона "О базовой стоимости необходимого социального набора" (Собрание законодательства Российской Федерации, 2016, № 52, ст. 7478; 2017, № 50, ст. 7559; 2018, № 49, ст. 7527; 2019, № 49, ст. 6979; 2020, № 50, ст. 8053; 2021, № 49, ст. 8150) изменение, заменив цифры "2025" цифрами "2026".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