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охоте и о сохранении охотничьих ресурсов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24 июля 2009 года № 209-ФЗ "Об охоте и о сохранении охотничьих ресурсов и о внесении изменений в отдельные законодательные акты Российской Федерации" (Собрание законодательства Российской Федерации, 2009, № 30, ст. 3735; № 52, ст. 6441; 2011, № 30, ст. 4590; 2013, № 19, ст. 2331; 2020, № 17, ст. 2725; № 52, ст. 8601; 2021, № 24, ст. 4182, 4188) следующие изменения</w:t>
      </w:r>
    </w:p>
    <w:p>
      <w:r>
        <w:t>в части 2 статьи 231 слова "охоты, и" заменить словами "охоты и"</w:t>
      </w:r>
    </w:p>
    <w:p>
      <w:r>
        <w:t>в пункте 1 части 4 статьи 33 слова "и осуществления федерального государственного охотничьего контроля (надзора)" исключить</w:t>
      </w:r>
    </w:p>
    <w:p>
      <w:r>
        <w:t>в части 1 статьи 39 слово "осуществляются" заменить словом "осуществляется"</w:t>
      </w:r>
    </w:p>
    <w:p>
      <w:r>
        <w:t>в статье 40: а) часть 6 изложить в следующей редакции: "6. Государственный надзор может осуществляться в рамках постоянного рейда в соответствии с положениями Федерального закона от 31 июля 2020 года № 248-ФЗ "О государственном контроле (надзоре) и муниципальном контроле в Российской Федерации" в порядке, установленном положением о государственном надзоре."; б) в части 7: абзац первый изложить в следующей редакции: "7. Должностные лица, уполномоченные на осуществление государственного контроля (надзора) (далее также - государственные охотничьи инспекторы) наряду с принимаемыми в процессе проведения контрольных (надзорных) мероприятий и по их результатам решениями, установленными Федеральным законом от 31 июля 2020 года № 248-ФЗ "О государственном контроле (надзоре) и муниципальном контроле в Российской Федерации", в пределах установленной компетенции имеют право:"; дополнить пунктом 3 следующего содержания: "3) применять при исполнении должностных обязанностей физическую силу, специальные средства, служебное оружие, а также разрешенное в качестве служебного оружия гражданское оружие самообороны и охотничье огнестрельное оружие."; в) часть 8 изложить в следующей редакции: "8. Применение физической силы, хранение и применение специальных средств, применение служебного оружия, а также разрешенного в качестве служебного оружия гражданского оружия самообороны и охотничьего огнестрельного оружия осуществляются государственными охотничьими инспекторами в порядке, установленном Федеральным законом от 14 апреля 1999 года № 77-ФЗ "О ведомственной охране"."; г) дополнить частью 81 следующего содержания: "81. Хранение и ношение служебного оружия, а также разрешенного в качестве служебного оружия гражданского оружия самообороны и охотничьего огнестрельного оружия осуществляются государственными охотничьими инспекторами в порядке, установленном Федеральным законом "Об оружии"."; д) части 11 и 13 признать утратившими силу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