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 и 2 Федерального закона "О проведении эксперимента по установлению специального налогового режима "Налог на профессиональный доход"</w:t>
      </w:r>
    </w:p>
    <w:p>
      <w:r>
        <w:rPr>
          <w:b/>
        </w:rPr>
        <w:t>Статья 1</w:t>
      </w:r>
    </w:p>
    <w:p>
      <w:r>
        <w:t>Внести в Федеральный закон от 27 ноября 2018 года № 422-ФЗ "О проведении эксперимента по установлению специального налогового режима "Налог на профессиональный доход" (Собрание законодательства Российской Федерации, 2018, № 49, ст. 7494; 2019, № 50, ст. 7201; 2020, № 14, ст. 2031; 2021, № 24, ст. 4217) следующие изменения</w:t>
      </w:r>
    </w:p>
    <w:p>
      <w:r>
        <w:t>статью 1 дополнить частью 14 следующего содержания: "14. На территории города Байконура начать проведение эксперимента с 1 января 2023 года. Эксперимент проводится в период действия Договора аренды комплекса "Байконур" между Правительством Российской Федерации и Правительством Республики Казахстан от 10 декабря 1994 года (далее - Договор аренды комплекса "Байконур"), но не позднее срока, указанного в части 2 настоящей статьи."</w:t>
      </w:r>
    </w:p>
    <w:p>
      <w:r>
        <w:t>в статье 2: а) часть 1 дополнить словами ", либо территория города Байконура в период действия Договора аренды комплекса "Байконур"; б) в части 2 слова "либо федеральную территорию "Сириус" заменить словами ", либо федеральную территорию "Сириус", либо город Байконур в период действия Договора аренды комплекса "Байконур"; в) часть 3 изложить в следующей редакции: "3. В случае ведения деятельности на территориях нескольких субъектов Российской Федерации, и (или) на территории федеральной территории "Сириус", и (или) на территории города Байконура в период действия Договора аренды комплекса "Байконур" для целей применения специального налогового режима физическое лицо самостоятельно выбирает субъект Российской Федерации, либо федеральную территорию "Сириус", либо город Байконур в период действия Договора аренды комплекса "Байконур", на территории которого (которой) им ведется деятельность, и вправе изменять место ведения деятельности не чаще одного раза в течение календарного года."; г) часть 4 изложить в следующей редакции: "4. В случае прекращения ведения деятельности на территории выбранного субъекта Российской Федерации, либо на территории федеральной территории "Сириус", либо на территории города Байконура в период действия Договора аренды комплекса "Байконур" физическое лицо для целей применения специального налогового режима выбирает другой субъект Российской Федерации, либо федеральную территорию "Сириус", либо город Байконур в период действия Договора аренды комплекса "Байконур", которые включены в эксперимент, указаны в частях 1, 13 и 14 статьи 1 настоящего Федерального закона и на территории которого (которой) физическим лицом ведется деятельность, не позднее окончания месяца, следующего за месяцем такого прекращения."; д) часть 5 изложить в следующей редакции: "5. При изменении места ведения деятельности физическое лицо считается ведущим деятельность на территории другого субъекта Российской Федерации, либо на территории федеральной территории "Сириус", либо на территории города Байконура в период действия Договора аренды комплекса "Байконур" начиная с месяца, в котором физическое лицо выбрало этот субъект Российской Федерации, либо федеральную территорию "Сириус", либо город Байконур в период действия Договора аренды комплекса "Байконур"."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года, но не ранее чем по истечении одного месяца со дня его официального опубликования и не ранее 1-го числа очередного налогового периода по налогу на профессиональный доход.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