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Подпункт 4 пункта 3 статьи 6 Федерального закона от 1 апреля 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 (Собрание законодательства Российской Федерации, 1996, № 14, ст. 1401; 2003, № 1, ст. 13; 2008, № 18, ст. 1942; 2009, № 30, ст. 3739; № 52, ст. 6454; 2010, № 49, ст. 6409; 2011, № 29, ст. 4291; № 45, ст. 6335; № 49, ст. 7037, 7057; 2012, № 50, ст. 6966; 2013, № 49, ст. 6352; № 52, ст. 6986; 2014, № 30, ст. 4217; 2016, № 27, ст. 4183; 2018, № 31, ст. 4858; 2019, № 14, ст. 1461; № 51, ст. 7488; 2021, № 52, ст. 8974; 2022, № 1, ст. 43; № 9, ст. 1250; № 27, ст. 4613; № 29, ст. 5204; № 41, ст. 6941) изложить в следующей редакции: "4) сведения, отражающие результаты размещения средств пенсионных накоплений в порядке, установленном Бюджетным кодексом Российской Федерации, в период до отражения их в специальной части индивидуального лицевого счета;".</w:t>
      </w:r>
    </w:p>
    <w:p>
      <w:r>
        <w:rPr>
          <w:b/>
        </w:rPr>
        <w:t>Статья 2</w:t>
      </w:r>
    </w:p>
    <w:p>
      <w:r>
        <w:t>Внести в Федеральный закон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2003, № 1, ст. 13; 2005, № 1, ст. 9; № 19, ст. 1755; 2008, № 18, ст. 1942; 2009, № 29, ст. 3619; № 52, ст. 6454; 2010, № 31, ст. 4196; 2011, № 49, ст. 7036, 7037; 2012, № 50, ст. 6965; 2013, № 30, ст. 4084; № 52, ст. 6975; 2014, № 30, ст. 4219; 2016, № 1, ст. 41, 47; 2018, № 18, ст. 2557; № 31, ст. 4858; 2020, № 50, ст. 8054; 2021, № 9, ст. 1467; № 52, ст. 8974; 2022, № 27, ст. 4613; № 29, ст. 5204) следующие изменения</w:t>
      </w:r>
    </w:p>
    <w:p>
      <w:r>
        <w:t>в абзаце втором подпункта 1 статьи 3 слово "временного" исключить, слова "Фондом пенсионного и социального страхования Российской Федерации" заменить словами "Федеральным казначейством"</w:t>
      </w:r>
    </w:p>
    <w:p>
      <w:r>
        <w:t>в пункте 2 статьи 7: а) подпункты 2, 4, 6, 8 признать утратившими силу; б) подпункт 10 изложить в следующей редакции: "10) устанавливает порядок, формы и сроки отчетности субъектов отношений по формированию и инвестированию средств пенсионных накоплений;"</w:t>
      </w:r>
    </w:p>
    <w:p>
      <w:r>
        <w:t>подпункты 111 и 18 пункта 2 статьи 10 признать утратившими силу</w:t>
      </w:r>
    </w:p>
    <w:p>
      <w:r>
        <w:t>в статье 14: а) в пункте 1 слово "временного" исключить, слова "Фондом пенсионного и социального страхования Российской Федерации" заменить словами "Федеральным казначейством"; б) в пункте 3: абзац первый изложить в следующей редакции: "3. Суммы страховых взносов на финансирование накопительной пенсии, дополнительных страховых взносов на накопительную пенсию, взносов работодателя в пользу застрахованного лица, уплачиваемых в соответствии с Федеральным законом "О дополнительных страховых взносах на накопительную пенсию и государственной поддержке формирования пенсионных накоплений", поступившие в течение финансового года в Фонд пенсионного и социального страхования Российской Федерации, аккумулируются Фондом пенсионного и социального страхования Российской Федерации и подлежат размещению в порядке, установленном Бюджетным кодексом Российской Федерации."; в абзаце втором слова "подпунктах 1 и 7 - 9 пункта 1 статьи 26 настоящего Федерального закона" заменить словами "подпунктах 1, 7 и 8 пункта 1 статьи 26 настоящего Федерального закона, за исключением депозитов в иностранной валюте"; дополнить абзацем следующего содержания: "Направление на размещение сумм страховых взносов на финансирование накопительной пенсии, дополнительных страховых взносов на накопительную пенсию, взносов работодателя в пользу застрахованного лица, уплачиваемых в соответствии с Федеральным законом "О дополнительных страховых взносах на накопительную пенсию и государственной поддержке формирования пенсионных накоплений", поступивших в течение финансового года в Фонд пенсионного и социального страхования Российской Федерации и аккумулируемых Фондом пенсионного и социального страхования Российской Федерации, и их возврат осуществляются в порядке, установленном Правительством Российской Федерации."; в) в абзаце втором пункта 4 второе предложение исключить</w:t>
      </w:r>
    </w:p>
    <w:p>
      <w:r>
        <w:t>в статье 301: а) в пункте 2: в подпункте 5 слово "временного" исключить; в подпункте 7 слово "инвестирования" заменить словом "размещения"; б) пункт 81 изложить в следующей редакции: "81. Резерв Фонда пенсионного и социального страхования Российской Федерации по обязательному пенсионному страхованию подлежит размещению в порядке, установленном Бюджетным кодексом Российской Федерации, в активы, указанные в подпунктах 1, 7 и 8 пункта 1 статьи 26 настоящего Федерального закона, за исключением депозитов в иностранной валюте."; в) пункт 9 изложить в следующей редакции: "9. Дополнительные требования к порядку формирования резерва Фонда пенсионного и социального страхования Российской Федерации по обязательному пенсионному страхованию и порядку его использования, порядок его направления на размещение и возврата и порядок определения дохода от размещения резерва Фонда пенсионного и социального страхования Российской Федерации по обязательному пенсионному страхованию устанавливаются Правительством Российской Федерации."</w:t>
      </w:r>
    </w:p>
    <w:p>
      <w:r>
        <w:rPr>
          <w:b/>
        </w:rPr>
        <w:t>Статья 3</w:t>
      </w:r>
    </w:p>
    <w:p>
      <w:r>
        <w:t>Внести в статью 10 Федерального закона от 30 апреля 2008 года № 56-ФЗ "О дополнительных страховых взносах на накопительную пенсию и государственной поддержке формирования пенсионных накоплений" (Собрание законодательства Российской Федерации, 2008, № 18, ст. 1943; 2014, № 30, ст. 4217; 2018, № 24, ст. 3405; 2022, № 29, ст. 5204) следующие изменения</w:t>
      </w:r>
    </w:p>
    <w:p>
      <w:r>
        <w:t>в наименовании слово "Инвестирование" заменить словом "Размещение"</w:t>
      </w:r>
    </w:p>
    <w:p>
      <w:r>
        <w:t>в части 1 слово "инвестируются" заменить словом "размещаются", слова "для инвестирования страховых взносов на финансирование накопительной пенсии в соответствии с" исключить</w:t>
      </w:r>
    </w:p>
    <w:p>
      <w:r>
        <w:t>в части 2 слово "инвестирования" заменить словом "размещения"</w:t>
      </w:r>
    </w:p>
    <w:p>
      <w:r>
        <w:rPr>
          <w:b/>
        </w:rPr>
        <w:t>Статья 4</w:t>
      </w:r>
    </w:p>
    <w:p>
      <w:r>
        <w:t>В пункте 2 части 1 статьи 7 Федерального закона от 30 ноября 2011 года № 360-ФЗ "О порядке финансирования выплат за счет средств пенсионных накоплений" (Собрание законодательства Российской Федерации, 2011, № 49, ст. 7038; 2012, № 50, ст. 6965; 2013, № 52, ст. 6975; 2014, № 30, ст. 4217) слово "временного" исключить.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