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№ 2 о внесении изменений в Соглашение между Правительством Российской Федерации и Правительством Республики Беларусь о предоставлении Правительству Республики Беларусь государственного финансового кредита от 6 октября 2021 г.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