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проведении эксперимента по развитию курортной инфраструктуры в Республике Крым, Алтайском крае, Краснодарском крае и Ставропольском крае"</w:t>
      </w:r>
    </w:p>
    <w:p>
      <w:r>
        <w:rPr>
          <w:b/>
        </w:rPr>
        <w:t>Статья 1</w:t>
      </w:r>
    </w:p>
    <w:p>
      <w:r>
        <w:t>Внести в Федеральный закон от 29 июля 2017 года № 214-ФЗ "О проведении эксперимента по развитию курортной инфраструктуры в Республике Крым, Алтайском крае, Краснодарском крае и Ставропольском крае" (Собрание законодательства Российской Федерации, 2017, № 31, ст. 4763; 2019, № 52, ст. 7826; 2020, № 17, ст. 2720; № 52, ст. 8577; 2021, № 24, ст. 4188) следующие изменения: 1) наименование изложить в следующей редакции: "О проведении эксперимента по развитию курортной инфраструктуры"; 2) в статье 1: а) в части 1 слова "Провести в Республике Крым, Алтайском крае, Краснодарском крае и Ставропольском крае (далее - субъекты Российской Федерации)" заменить словами "Провести в Республике Крым, Алтайском крае, Краснодарском крае, Ставропольском крае, городе федерального значения Санкт-Петербурге (далее - субъекты Российской Федерации), федеральной территории "Сириус"; б) в части 2 слова "Эксперимент проводится посредством введения в муниципальных образованиях" заменить словами "Эксперимент проводится посредством введения в городе федерального значения Санкт-Петербурге, федеральной территории "Сириус", а также в муниципальных образованиях Республики Крым, Алтайского края, Краснодарского края, Ставропольского края"; в) часть 3 после слов "обязательств субъекта Российской Федерации" дополнить словами ", федеральной территории "Сириус", дополнить словами ", бюджета федеральной территории "Сириус"; 3) в статье 2: а) в части 1 слова "2022 года" заменить словами "2024 года"; б) часть 2 признать утратившей силу; 4) пункт 4 части 1 статьи 3 изложить в следующей редакции: "4) территория эксперимента - территории города федерального значения Санкт-Петербурга, федеральной территории "Сириус", а также территории муниципальных образований Республики Крым, Алтайского края, Краснодарского края, Ставропольского края, на которых вводится курортный сбор."; 5) в статье 4: а) наименование изложить в следующей редакции: "Статья 4. Полномочия органов государственной власти, местного самоуправления и органов публичной власти федеральной территории "Сириус"; б) в части 2: пункт 1 после слов "субъектов Российской Федерации," дополнить словами "органов публичной власти федеральной территории "Сириус","; пункт 3 после слов "субъекта Российской Федерации," дополнить словами "федеральной территории "Сириус","; в) в части 3: пункт 2 после слов "представления муниципальными образованиями" дополнить словами "Республики Крым, Алтайского края, Краснодарского края, Ставропольского края"; пункт 5 после слов "о введении курортного сбора" дополнить словами ", в том числе"; г) подпункт "а" пункта 1 части 4 после слов "органами местного самоуправления" дополнить словами "Республики Крым, Алтайского края, Краснодарского края, Ставропольского края"; д) абзац первый части 5 после слов "Органы местного самоуправления" дополнить словами "Республики Крым, Алтайского края, Краснодарского края, Ставропольского края"; е) дополнить частями 6 и 7 следующего содержания: "6. Представительный орган федеральной территории "Сириус": 1) определяет орган публичной власти федеральной территории "Сириус", ответственный за проведение эксперимента (далее - уполномоченный орган федеральной территории "Сириус"); 2) утверждает порядок ведения реестра операторов курортного сбора и перечень сведений, содержащихся в нем; 3) устанавливает форму, порядок и сроки представления операторами курортного сбора отчета оператора курортного сбора и сведений, необходимых для ведения реестра операторов курортного сбора; 4) утверждает порядок и сроки представления уполномоченным органом федеральной территории "Сириус" проекта ежегодного отчета о ходе эксперимента; 5) утверждает и представляет в уполномоченный орган ежегодный отчет о ходе эксперимента; 6) осуществляет иные полномочия, предусмотренные настоящим Федеральным законом.</w:t>
      </w:r>
    </w:p>
    <w:p>
      <w:r>
        <w:rPr>
          <w:b/>
        </w:rPr>
        <w:t xml:space="preserve">7. </w:t>
      </w:r>
      <w:r>
        <w:t>Уполномоченный орган федеральной территории "Сириус"</w:t>
      </w:r>
    </w:p>
    <w:p>
      <w:r>
        <w:rPr>
          <w:b/>
        </w:rPr>
        <w:t xml:space="preserve">22. </w:t>
      </w:r>
      <w:r>
        <w:t>Взимание курортного сбора на территории федеральной территории "Сириус" может быть прекращено либо приостановлено нормативным правовым актом представительного органа федеральной территории "Сириус"."; д) дополнить частью 31 следующего содержания: "31. Нормативным правовым актом представительного органа федеральной территории "Сириус" устанавливаются размер курортного сбора, порядок и сроки его перечисления в бюджет федеральной территории "Сириус", порядок осуществления контроля за исполнением требований настоящего Федерального закона, иных нормативных правовых актов Российской Федерации, нормативных правовых актов федеральной территории "Сириус", связанных с проведением эксперимента, порядок предоставления сведений о ходе эксперимента представительному органу федеральной территории "Сириус", порядок размещения в информационно-телекоммуникационной сети "Интернет" сведений о перечне построенных, реконструированных, благоустроенных и отремонтированных объектов курортной инфраструктуры.";</w:t>
      </w:r>
    </w:p>
    <w:p>
      <w:r>
        <w:rPr>
          <w:b/>
        </w:rPr>
        <w:t xml:space="preserve">10. </w:t>
      </w:r>
      <w:r>
        <w:t>В федеральной территории "Сириус" перечень работ, указанных в части 8 настоящей статьи, утверждается представительным органом федеральной территории "Сириус".";</w:t>
      </w:r>
    </w:p>
    <w:p>
      <w:r>
        <w:rPr>
          <w:b/>
        </w:rPr>
        <w:t xml:space="preserve">7. </w:t>
      </w:r>
      <w:r>
        <w:t>осуществляет разработку и внесение в представительный орган федеральной территории "Сириус" проекта нормативного правового акта представительного органа федеральной территории "Сириус" о введении курортного сбора</w:t>
      </w:r>
    </w:p>
    <w:p>
      <w:r>
        <w:rPr>
          <w:b/>
        </w:rPr>
        <w:t xml:space="preserve">7. </w:t>
      </w:r>
      <w:r>
        <w:t>ведет реестр операторов курортного сбора</w:t>
      </w:r>
    </w:p>
    <w:p>
      <w:r>
        <w:rPr>
          <w:b/>
        </w:rPr>
        <w:t xml:space="preserve">7. </w:t>
      </w:r>
      <w:r>
        <w:t>осуществляет мониторинг хода эксперимента</w:t>
      </w:r>
    </w:p>
    <w:p>
      <w:r>
        <w:rPr>
          <w:b/>
        </w:rPr>
        <w:t xml:space="preserve">7. </w:t>
      </w:r>
      <w:r>
        <w:t>представляет в представительный орган федеральной территории "Сириус" проект ежегодного отчета о ходе эксперимента</w:t>
      </w:r>
    </w:p>
    <w:p>
      <w:r>
        <w:rPr>
          <w:b/>
        </w:rPr>
        <w:t xml:space="preserve">7. </w:t>
      </w:r>
      <w:r>
        <w:t>осуществляет иные полномочия, предусмотренные настоящим Федеральным законом."</w:t>
      </w:r>
    </w:p>
    <w:p>
      <w:r>
        <w:rPr>
          <w:b/>
        </w:rPr>
        <w:t xml:space="preserve">7. </w:t>
      </w:r>
      <w:r>
        <w:t>в статье 5:</w:t>
      </w:r>
    </w:p>
    <w:p>
      <w:r>
        <w:rPr>
          <w:b/>
        </w:rPr>
        <w:t xml:space="preserve">7. </w:t>
      </w:r>
      <w:r>
        <w:t>часть 1 изложить в следующей редакции: "1. Курортный сбор устанавливается настоящим Федеральным законом и вводится законом субъекта Российской Федерации в городе федерального значения Санкт-Петербурге, в муниципальных образованиях Республики Крым, Алтайского края, Краснодарского края, Ставропольского края, входящих в территорию эксперимента."</w:t>
      </w:r>
    </w:p>
    <w:p>
      <w:r>
        <w:rPr>
          <w:b/>
        </w:rPr>
        <w:t xml:space="preserve">7. </w:t>
      </w:r>
      <w:r>
        <w:t>дополнить частью 11 следующего содержания: "11. Курортный сбор в федеральной территории "Сириус" устанавливается настоящим Федеральным законом и вводится нормативным правовым актом представительного органа федеральной территории "Сириус"."</w:t>
      </w:r>
    </w:p>
    <w:p>
      <w:r>
        <w:rPr>
          <w:b/>
        </w:rPr>
        <w:t xml:space="preserve">7. </w:t>
      </w:r>
      <w:r>
        <w:t>часть 2 после слов "на территории муниципального образования" дополнить словами "Республики Крым, Алтайского края, Краснодарского края, Ставропольского края"</w:t>
      </w:r>
    </w:p>
    <w:p>
      <w:r>
        <w:rPr>
          <w:b/>
        </w:rPr>
        <w:t xml:space="preserve">7. </w:t>
      </w:r>
      <w:r>
        <w:t>дополнить частями 21 и 22 следующего содержания: "21. Взимание курортного сбора может быть прекращено либо приостановлено на территории города федерального значения Санкт-Петербурга законом города федерального значения Санкт-Петербурга</w:t>
      </w:r>
    </w:p>
    <w:p>
      <w:r>
        <w:rPr>
          <w:b/>
        </w:rPr>
        <w:t xml:space="preserve">22. </w:t>
      </w:r>
      <w:r>
        <w:t>часть 2 статьи 7 после слов "Субъекты Российской Федерации" дополнить словами ", федеральная территория "Сириус", после слов "субъекта Российской Федерации" дополнить словами ", нормативным правовым актом представительного органа федеральной территории "Сириус", после слов "курортного сбора," дополнить словами "в том числе"</w:t>
      </w:r>
    </w:p>
    <w:p>
      <w:r>
        <w:rPr>
          <w:b/>
        </w:rPr>
        <w:t xml:space="preserve">22. </w:t>
      </w:r>
      <w:r>
        <w:t>в статье 8:</w:t>
      </w:r>
    </w:p>
    <w:p>
      <w:r>
        <w:rPr>
          <w:b/>
        </w:rPr>
        <w:t xml:space="preserve">22. </w:t>
      </w:r>
      <w:r>
        <w:t>в статье 9:</w:t>
      </w:r>
    </w:p>
    <w:p>
      <w:r>
        <w:rPr>
          <w:b/>
        </w:rPr>
        <w:t xml:space="preserve">22. </w:t>
      </w:r>
      <w:r>
        <w:t>часть 4 дополнить словами ", либо в бюджет федеральной территории "Сириус"</w:t>
      </w:r>
    </w:p>
    <w:p>
      <w:r>
        <w:rPr>
          <w:b/>
        </w:rPr>
        <w:t xml:space="preserve">22. </w:t>
      </w:r>
      <w:r>
        <w:t>часть 5 после слов "бюджет субъекта Российской Федерации" дополнить словами ", бюджет федеральной территории "Сириус"</w:t>
      </w:r>
    </w:p>
    <w:p>
      <w:r>
        <w:rPr>
          <w:b/>
        </w:rPr>
        <w:t xml:space="preserve">22. </w:t>
      </w:r>
      <w:r>
        <w:t>часть 6 после слов "бюджет субъекта Российской Федерации" дополнить словами ", бюджет федеральной территории "Сириус"</w:t>
      </w:r>
    </w:p>
    <w:p>
      <w:r>
        <w:rPr>
          <w:b/>
        </w:rPr>
        <w:t xml:space="preserve">22. </w:t>
      </w:r>
      <w:r>
        <w:t>часть 1 после слов "бюджета субъекта Российской Федерации" дополнить словами "(бюджета федеральной территории "Сириус")"</w:t>
      </w:r>
    </w:p>
    <w:p>
      <w:r>
        <w:rPr>
          <w:b/>
        </w:rPr>
        <w:t xml:space="preserve">22. </w:t>
      </w:r>
      <w:r>
        <w:t>часть 3 после слов "плановый период" дополнить словами "(нормативным правовым актом представительного органа федеральной территории "Сириус" о бюджете)", после слов "бюджета субъекта Российской Федерации" дополнить словами "(бюджета федеральной территории "Сириус")"</w:t>
      </w:r>
    </w:p>
    <w:p>
      <w:r>
        <w:rPr>
          <w:b/>
        </w:rPr>
        <w:t xml:space="preserve">22. </w:t>
      </w:r>
      <w:r>
        <w:t>дополнить частью 41 следующего содержания: "41. Бюджетные ассигнования фондов федеральной территории "Сириус" и города федерального значения Санкт-Петербурга направляются на финансовое обеспечение работ по проектированию, строительству, реконструкции, содержанию, благоустройству и ремонту объектов курортной инфраструктуры на их территориях."</w:t>
      </w:r>
    </w:p>
    <w:p>
      <w:r>
        <w:rPr>
          <w:b/>
        </w:rPr>
        <w:t xml:space="preserve">22. </w:t>
      </w:r>
      <w:r>
        <w:t>в части 6: пункт 1 после слов "бюджета субъекта Российской Федерации" дополнить словами "(бюджета федеральной территории "Сириус")"; пункт 2 после слов "бюджета субъекта Российской Федерации" дополнить словами "(бюджета федеральной территории "Сириус")"</w:t>
      </w:r>
    </w:p>
    <w:p>
      <w:r>
        <w:rPr>
          <w:b/>
        </w:rPr>
        <w:t xml:space="preserve">22. </w:t>
      </w:r>
      <w:r>
        <w:t>часть 7 дополнить словами "(нормативным правовым актом представительного органа федеральной территории "Сириус")"</w:t>
      </w:r>
    </w:p>
    <w:p>
      <w:r>
        <w:rPr>
          <w:b/>
        </w:rPr>
        <w:t xml:space="preserve">22. </w:t>
      </w:r>
      <w:r>
        <w:t>часть 8 дополнить словами ", если иное не предусмотрено частями 9 и 10 настоящей статьи"</w:t>
      </w:r>
    </w:p>
    <w:p>
      <w:r>
        <w:rPr>
          <w:b/>
        </w:rPr>
        <w:t xml:space="preserve">22. </w:t>
      </w:r>
      <w:r>
        <w:t>дополнить частями 9 и 10 следующего содержания: "9. В городе федерального значения Санкт-Петербурге перечень работ, указанных в части 8 настоящей статьи, определяется высшим исполнительным органом государственной власти города федерального значения Санкт-Петербурга</w:t>
      </w:r>
    </w:p>
    <w:p>
      <w:r>
        <w:rPr>
          <w:b/>
        </w:rPr>
        <w:t xml:space="preserve">10. </w:t>
      </w:r>
      <w:r>
        <w:t>в статье 10:</w:t>
      </w:r>
    </w:p>
    <w:p>
      <w:r>
        <w:rPr>
          <w:b/>
        </w:rPr>
        <w:t xml:space="preserve">10. </w:t>
      </w:r>
      <w:r>
        <w:t>в статье 11:</w:t>
      </w:r>
    </w:p>
    <w:p>
      <w:r>
        <w:rPr>
          <w:b/>
        </w:rPr>
        <w:t xml:space="preserve">10. </w:t>
      </w:r>
      <w:r>
        <w:t>в статье 12:</w:t>
      </w:r>
    </w:p>
    <w:p>
      <w:r>
        <w:rPr>
          <w:b/>
        </w:rPr>
        <w:t xml:space="preserve">10. </w:t>
      </w:r>
      <w:r>
        <w:t>часть 1 статьи 13 после слов "расчетной бюджетной обеспеченности субъектов Российской Федерации" дополнить словами ", федеральной территории "Сириус"</w:t>
      </w:r>
    </w:p>
    <w:p>
      <w:r>
        <w:rPr>
          <w:b/>
        </w:rPr>
        <w:t xml:space="preserve">10. </w:t>
      </w:r>
      <w:r>
        <w:t>часть 1 после слов "законом субъекта Российской Федерации," дополнить словами "нормативным правовым актом представительного органа федеральной территории "Сириус",", после слов "бюджет субъекта Российской Федерации" дополнить словами "(бюджет федеральной территории "Сириус")"</w:t>
      </w:r>
    </w:p>
    <w:p>
      <w:r>
        <w:rPr>
          <w:b/>
        </w:rPr>
        <w:t xml:space="preserve">10. </w:t>
      </w:r>
      <w:r>
        <w:t>часть 3 после слов "законом субъекта Российской Федерации," дополнить словами "нормативным правовым актом представительного органа федеральной территории "Сириус",", после слов "исполнительной власти субъекта Российской Федерации," дополнить словами "уполномоченный орган федеральной территории "Сириус",", слово "осуществляющий" заменить словом "осуществляющие"</w:t>
      </w:r>
    </w:p>
    <w:p>
      <w:r>
        <w:rPr>
          <w:b/>
        </w:rPr>
        <w:t xml:space="preserve">10. </w:t>
      </w:r>
      <w:r>
        <w:t>часть 4 после слов "субъекта Российской Федерации," дополнить словами "представительным органом федеральной территории "Сириус","</w:t>
      </w:r>
    </w:p>
    <w:p>
      <w:r>
        <w:rPr>
          <w:b/>
        </w:rPr>
        <w:t xml:space="preserve">10. </w:t>
      </w:r>
      <w:r>
        <w:t>часть 5 после слов "субъекта Российской Федерации" дополнить словами ", уполномоченный орган федеральной территории "Сириус"</w:t>
      </w:r>
    </w:p>
    <w:p>
      <w:r>
        <w:rPr>
          <w:b/>
        </w:rPr>
        <w:t xml:space="preserve">10. </w:t>
      </w:r>
      <w:r>
        <w:t>часть 1 дополнить словами ", уполномоченным органом федеральной территории "Сириус"</w:t>
      </w:r>
    </w:p>
    <w:p>
      <w:r>
        <w:rPr>
          <w:b/>
        </w:rPr>
        <w:t xml:space="preserve">10. </w:t>
      </w:r>
      <w:r>
        <w:t>часть 2 дополнить словами ", нормативных правовых актов представительного органа федеральной территории "Сириус"</w:t>
      </w:r>
    </w:p>
    <w:p>
      <w:r>
        <w:rPr>
          <w:b/>
        </w:rPr>
        <w:t xml:space="preserve">10. </w:t>
      </w:r>
      <w:r>
        <w:t>часть 4 дополнить словами ", представительным органом федеральной территории "Сириус"</w:t>
      </w:r>
    </w:p>
    <w:p>
      <w:r>
        <w:rPr>
          <w:b/>
        </w:rPr>
        <w:t xml:space="preserve">10. </w:t>
      </w:r>
      <w:r>
        <w:t>часть 1 после слов "субъекта Российской Федерации" дополнить словами ", уполномоченном органе федеральной территории "Сириус"</w:t>
      </w:r>
    </w:p>
    <w:p>
      <w:r>
        <w:rPr>
          <w:b/>
        </w:rPr>
        <w:t xml:space="preserve">10. </w:t>
      </w:r>
      <w:r>
        <w:t>часть 3 дополнить словами ", представительным органом федеральной территории "Сириус"</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