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2012, № 27, ст. 3588; № 50, ст. 6954; № 53, ст. 7605; 2013, № 11, ст. 1076; № 19, ст. 2329; № 26, ст. 3207; № 27, ст. 3438; № 30, ст. 4084; № 51, ст. 6699; 2014, № 26, ст. 3395; № 52, ст. 7543; 2015, № 27, ст. 3950; № 29, ст. 4357; 2017, № 18, ст. 2661; 2018, № 24, ст. 3400; № 27, ст. 3950; № 31, ст. 4852; № 32, ст. 5100, 5115; 2019, № 6, ст. 463; № 49, ст. 6953; № 52, ст. 7787; 2021, № 27, ст. 5151; 2022, № 1, ст. 40; № 10, ст. 1401; № 14, ст. 2190; № 43, ст. 7271) следующие изменения</w:t>
      </w:r>
    </w:p>
    <w:p>
      <w:r>
        <w:t>часть одиннадцатую изложить в следующей редакции: "Справки по операциям и счетам некоммерческих организаций, за исключением некоммерческих организаций, указанных в пункте 4 статьи 1 Федерального закона от 12 января 1996 года № 7-ФЗ "О некоммерческих организациях", представляются кредитными организациями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регистрации некоммерческих организаций, в целях осуществления федерального государственного надзора за деятельностью некоммерческих организаций в соответствии с Федеральным законом от 12 января 1996 года № 7-ФЗ "О некоммерческих организациях" и Федеральным законом от 19 мая 1995 года № 82-ФЗ "Об общественных объединениях" по запросам, направленным руководителем (заместителем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w:t>
      </w:r>
    </w:p>
    <w:p>
      <w:r>
        <w:t>дополнить новой частью двенадцатой следующего содержания: "Справки по операциям, счетам и вкладам физических и юридических лиц представляются кредитными организациями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регистрации некоммерческих организаций, в целях осуществления государственного контроля за деятельностью иностранных агентов в соответствии с Федеральным законом от 14 июля 2022 года № 255-ФЗ "О контроле за деятельностью лиц, находящихся под иностранным влиянием" по запросам, направленным руководителем (заместителем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при наличии признаков нарушения лицами, в отношении которых направлен запрос, требований Федерального закона от 14 июля 2022 года № 255-ФЗ "О контроле за деятельностью лиц, находящихся под иностранным влиянием", а также в отношении лиц, признанных иностранными агентами."</w:t>
      </w:r>
    </w:p>
    <w:p>
      <w:r>
        <w:t>части двенадцатую - пятнадцатую считать соответственно частями тринадцатой - шестнадцатой</w:t>
      </w:r>
    </w:p>
    <w:p>
      <w:r>
        <w:t>часть шестнадцатую считать частью семнадцатой и изложить ее в следующей редакции: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не вправе раскрывать третьим лицам информацию, полученную от кредитных организаций в соответствии с Федеральным законом от 12 января 1996 года № 7-ФЗ "О некоммерческих организациях", Федеральным законом от 19 мая 1995 года № 82-ФЗ "Об общественных объединениях" и Федеральным законом от 14 июля 2022 года № 255-ФЗ "О контроле за деятельностью лиц, находящихся под иностранным влиянием", за исключением случаев, предусмотренных федеральными законами."</w:t>
      </w:r>
    </w:p>
    <w:p>
      <w:r>
        <w:t>часть семнадцатую считать частью восемнадцатой и в ней слова "федеральный орган исполнительной власти, осуществляющий функции по федеральному государственному надзору за деятельностью некоммерческих организаций" заменить словами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w:t>
      </w:r>
    </w:p>
    <w:p>
      <w:r>
        <w:t>части восемнадцатую - пятьдесят вторую считать соответственно частями девятнадцатой - пятьдесят третьей</w:t>
      </w:r>
    </w:p>
    <w:p>
      <w:r>
        <w:rPr>
          <w:b/>
        </w:rPr>
        <w:t>Статья 2</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24, ст. 2256; № 30, ст. 2870; 2000, № 26, ст. 2737; 2002, № 30, ст. 3029; 2004, № 35, ст. 3607; 2006, № 31, ст. 3452; № 43, ст. 4412; 2007, № 31, ст. 4008; 2011, № 25, ст. 3535; № 29, ст. 4291; № 30, ст. 4600; 2013, № 14, ст. 1642, 1658; 2014, № 48, ст. 6651; 2016, № 1, ст. 84; 2017, № 31, ст. 4788, 4827; 2018, № 45, ст. 6835; 2019, № 18, ст. 2213; № 49, ст. 6985; № 52, ст. 7796; 2021, № 1, ст. 20; № 24, ст. 4188; № 27, ст. 5059, 5118) следующие изменения</w:t>
      </w:r>
    </w:p>
    <w:p>
      <w:r>
        <w:t>часть девятую статьи 4 изложить в следующей редакции: "Запрещается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и произведенных ими материалов без указания на статус иностранного агента."</w:t>
      </w:r>
    </w:p>
    <w:p>
      <w:r>
        <w:t>в части первой статьи 192 слова "выполняющей в соответствии с законодательством Российской Федерации функции иностранного агента некоммерческой организации" заменить словами "иностранного агента"</w:t>
      </w:r>
    </w:p>
    <w:p>
      <w:r>
        <w:t>часть седьмую статьи 27 изложить в следующей редакции: "В выходных данных зарегистрированного средства массовой информации, участником (учредителем) которого является иностранный агент, должно содержаться указание на то, что такое средство массовой информации создано иностранным агентом."</w:t>
      </w:r>
    </w:p>
    <w:p>
      <w:r>
        <w:t>пункт 4 части девятой статьи 31 изложить в следующей редакции: "4) распространение лицензиатом материалов, произведенных и (или) распространенных иностранным агентом, с указанием на то, что эти материалы произведены и (или) распространены иностранным агентом;"</w:t>
      </w:r>
    </w:p>
    <w:p>
      <w:r>
        <w:rPr>
          <w:b/>
        </w:rPr>
        <w:t>Статья 3</w:t>
      </w:r>
    </w:p>
    <w:p>
      <w:r>
        <w:t>Пункт 1 статьи 402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2015, № 41, ст. 5639; 2020, № 46, ст. 7211) после слов "О противодействии коррупции" дополнить словами ", частью 1 статьи 11 Федерального закона от 14 июля 2022 года № 255-ФЗ "О контроле за деятельностью лиц, находящихся под иностранным влиянием".</w:t>
      </w:r>
    </w:p>
    <w:p>
      <w:r>
        <w:rPr>
          <w:b/>
        </w:rPr>
        <w:t>Статья 4</w:t>
      </w:r>
    </w:p>
    <w:p>
      <w:r>
        <w:t>В абзаце пятом части первой статьи 22 Закона Российской Федерации от 21 июля 1993 года № 5485-I "О государственной тайне" (Российская газета, 1993, 21 сентября; Собрание законодательства Российской Федерации, 1997, № 41, ст. 4673; 2004, № 27, ст. 2711; 2018, № 31, ст. 4845; 2021, № 1, ст. 20) слова "список физических лиц, выполняющих функции иностранного агента," заменить словами "реестр иностранных агентов".</w:t>
      </w:r>
    </w:p>
    <w:p>
      <w:r>
        <w:rPr>
          <w:b/>
        </w:rPr>
        <w:t>Статья 5</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2003, № 27, ст. 2700; 2008, № 52, ст. 6235; 2011, № 30, ст. 4589; 2014, № 26, ст. 3384; 2016, № 1, ст. 88; 2017, № 1, ст. 46; 2020, № 46, ст. 7210; 2022, № 29, ст. 5245) следующие изменения</w:t>
      </w:r>
    </w:p>
    <w:p>
      <w:r>
        <w:t>часть третью статьи 16 дополнить пунктом "з" следующего содержания: "з) если они признаны иностранными агентами."</w:t>
      </w:r>
    </w:p>
    <w:p>
      <w:r>
        <w:t>в части шестой статьи 162 слова "иностранными гражданами" заменить словами "иностранными гражданами и (или) признаны иностранными агентами", слова "некоммерческие организации, выполняющие функции иностранного агента" заменить словами "организации и объединения, признанные иностранными агентами"</w:t>
      </w:r>
    </w:p>
    <w:p>
      <w:r>
        <w:rPr>
          <w:b/>
        </w:rPr>
        <w:t>Статья 6</w:t>
      </w:r>
    </w:p>
    <w:p>
      <w:r>
        <w:t>Внести в Федеральный закон от 19 мая 1995 года № 82-ФЗ "Об общественных объединениях" (Собрание законодательства Российской Федерации, 1995, № 21, ст. 1930; 2002, № 12, ст. 1093; 2003, № 50, ст. 4855; 2006, № 3, ст. 282; 2008, № 30, ст. 3616; 2010, № 21, ст. 2526; 2011, № 27, ст. 3880; 2012, № 30, ст. 4172; 2014, № 30, ст. 4237; 2015, № 10, ст. 1413; 2019, № 49, ст. 6953, 6966; 2021, № 1, ст. 20; 2022, № 29, ст. 5222) следующие изменения</w:t>
      </w:r>
    </w:p>
    <w:p>
      <w:r>
        <w:t>пункт 9 части шестой статьи 21 признать утратившим силу</w:t>
      </w:r>
    </w:p>
    <w:p>
      <w:r>
        <w:t>в абзаце восьмом части первой статьи 29 слова "в пункте 6 статьи 2 Федерального закона "О некоммерческих организациях" заменить словами "в статье 3 Федерального закона от 14 июля 2022 года № 255-ФЗ "О контроле за деятельностью лиц, находящихся под иностранным влиянием"</w:t>
      </w:r>
    </w:p>
    <w:p>
      <w:r>
        <w:t>в статье 38: а) в части третьей слова "в реестр, предусмотренный частью четвертой статьи 291 настоящего Федерального закона" заменить словами "в реестр, предусмотренный частью 1 статьи 5 Федерального закона от 14 июля 2022 года № 255-ФЗ "О контроле за деятельностью лиц, находящихся под иностранным влиянием"; б) в части четвертой слова "в реестр, предусмотренный частью четвертой статьи 291 настоящего Федерального закона" заменить словами "в реестр, предусмотренный частью 1 статьи 5 Федерального закона от 14 июля 2022 года № 255-ФЗ "О контроле за деятельностью лиц, находящихся под иностранным влиянием"; в) часть пятую признать утратившей силу</w:t>
      </w:r>
    </w:p>
    <w:p>
      <w:r>
        <w:rPr>
          <w:b/>
        </w:rPr>
        <w:t>Статья 7</w:t>
      </w:r>
    </w:p>
    <w:p>
      <w:r>
        <w:t>В подпункте 3 пункта 4 статьи 13 Федерального закона от 28 июня 1995 года № 98-ФЗ "О государственной поддержке молодежных и детских общественных объединений" (Собрание законодательства Российской Федерации, 1995, № 27, ст. 2503; 2013, № 14, ст. 1664; 2017, № 1, ст. 19; 2021, № 1, ст. 46) слова "некоммерческих организаций, выполняющих функции иностранного агента" заменить словами "иностранных агентов".</w:t>
      </w:r>
    </w:p>
    <w:p>
      <w:r>
        <w:rPr>
          <w:b/>
        </w:rPr>
        <w:t>Статья 8</w:t>
      </w:r>
    </w:p>
    <w:p>
      <w:r>
        <w:t>Внести в статью 17 Федерального закона от 10 января 1996 года № 5-ФЗ "О внешней разведке" (Собрание законодательства Российской Федерации, 1996, № 3, ст. 143; 2007, № 8, ст. 934; 2014, № 26, ст. 3365; 2016, № 1, ст. 88; 2017, № 1, ст. 46; 2020, № 46, ст. 7210; 2022, № 29, ст. 5245) следующие изменения</w:t>
      </w:r>
    </w:p>
    <w:p>
      <w:r>
        <w:t>часть вторую после слов "на территории иностранного государства" дополнить словами ", не являющийся иностранным агентом"</w:t>
      </w:r>
    </w:p>
    <w:p>
      <w:r>
        <w:t>в части шестнадцатой слова "иностранными гражданами" заменить словами "иностранными гражданами и (или) признаны иностранными агентами", слова "некоммерческие организации, выполняющие функции иностранного агента" заменить словами "организации и объединения, признанные иностранными агентами"</w:t>
      </w:r>
    </w:p>
    <w:p>
      <w:r>
        <w:rPr>
          <w:b/>
        </w:rPr>
        <w:t>Статья 9</w:t>
      </w:r>
    </w:p>
    <w:p>
      <w:r>
        <w:t>Внести в Федеральный закон от 12 января 1996 года № 7-ФЗ "О некоммерческих организациях" (Собрание законодательства Российской Федерации, 1996, № 3, ст. 145; 1998, № 48, ст. 5849; 2006, № 3, ст. 282; 2007, № 49, ст. 6039, 6061; 2008, № 30, ст. 3616; 2009, № 23, ст. 2762; № 29, ст. 3607; 2010, № 15, ст. 1736; № 19, ст. 2291; № 21, ст. 2526; 2011, № 29, ст. 4291; № 30, ст. 4590; № 47, ст. 6607; 2012, № 30, ст. 4172; 2014, № 8, ст. 738; № 23, ст. 2932; № 30, ст. 4237; 2015, № 10, ст. 1413; № 48, ст. 6707, 6724; 2016, № 5, ст. 559; № 23, ст. 3303; № 27, ст. 4169, 4220; 2017, № 24, ст. 3482; № 31, ст. 4766; 2018, № 31, ст. 4849; 2019, № 49, ст. 6953, 6966; 2020, № 12, ст. 1652; 2021, № 1, ст. 20; № 15, ст. 2442; № 27, ст. 5179, 5180; 2022, № 29, ст. 5222) следующие изменения</w:t>
      </w:r>
    </w:p>
    <w:p>
      <w:r>
        <w:t>в статье 1: а) в пункте 4 слова "пункта 6 статьи 2," исключить; б) в пункте 6 слова "пункта 6 статьи 2," исключить; в) пункт 7 признать утратившим силу</w:t>
      </w:r>
    </w:p>
    <w:p>
      <w:r>
        <w:t>в абзаце первом пункта 22 статьи 2 слова "выполняет функции иностранного агента" заменить словами "является иностранным агентом"</w:t>
      </w:r>
    </w:p>
    <w:p>
      <w:r>
        <w:t>подпункт 9 пункта 5 статьи 131 признать утратившим силу</w:t>
      </w:r>
    </w:p>
    <w:p>
      <w:r>
        <w:t>в статье 32: а) в пункте 1: в абзаце первом второе предложение изложить в следующей редакции: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подлежит обязательному аудиту, который должен быть проведен не позднее 15 апреля года, следующего за отчетным годом."; абзац третий после слов "иностранных источников" дополнить словами ", которые указаны в статье 3 Федерального закона от 14 июля 2022 года № 255-ФЗ "О контроле за деятельностью лиц, находящихся под иностранным влиянием"; б) абзац первый пункта 3 изложить в следующей редакции: "3. Некоммерческие организации, за исключением указанных в пункте 31 настоящей статьи, обязаны ежегодно представлять в уполномоченный орган документы, содержащие отчет о своей деятельности, о персональном составе руководящих органов и работников, документы о целях расходования денежных средств и использования иного имущества, в том числе полученных от иностранных источников, которые указаны в статье 3 Федерального закона от 14 июля 2022 года № 255-ФЗ "О контроле за деятельностью лиц, находящихся под иностранным влиянием". Формы и сроки представления указанных документов определяются уполномоченным органом."; в) пункт 31 после слов "иностранных источников" дополнить словами ", которые указаны в статье 3 Федерального закона от 14 июля 2022 года № 255-ФЗ "О контроле за деятельностью лиц, находящихся под иностранным влиянием"; г) в абзаце первом пункта 32 слова ", а некоммерческие организации, выполняющие функции иностранного агента, - один раз в полгода" исключить; д) пункт 12 изложить в следующей редакции: "12.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либо осуществляемой на территории Российской Федерации программы (ее части). Структурное подразделение иностранной некоммерческой неправительственной организации, получившее решение о запрете осуществления программы (ее части), не вправе приступать к осуществлению этой программы (ее части), обязано прекратить деятельность, связанную с осуществлением этой программы (ее части). Невыполнение указанного решения влечет за собой ликвидацию отделения иностранной некоммерческой неправительственной организации по решению суда по иску уполномоченного органа или его территориального органа либо исключение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
        <w:rPr>
          <w:b/>
        </w:rPr>
        <w:t>Статья 10</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2002, № 30, ст. 3029; 2003, № 1, ст. 15; 2005, № 14, ст. 1212; 2007, № 10, ст. 1151; 2008, № 52, ст. 6235; 2011, № 48, ст. 6730; 2013, № 27, ст. 3477; 2021, № 18, ст. 3060) следующие изменения</w:t>
      </w:r>
    </w:p>
    <w:p>
      <w:r>
        <w:t>пункт 1 статьи 7 после слов "на территории иностранного государства," дополнить словами "приобретения им статуса иностранного агента,"</w:t>
      </w:r>
    </w:p>
    <w:p>
      <w:r>
        <w:t>статью 71 после слов "О противодействии коррупции" дополнить словами ", частью 1 статьи 11 Федерального закона от 14 июля 2022 года № 255-ФЗ "О контроле за деятельностью лиц, находящихся под иностранным влиянием"</w:t>
      </w:r>
    </w:p>
    <w:p>
      <w:r>
        <w:t>пункт 2 статьи 48 дополнить подпунктом 14 следующего содержания: "14) в связи с приобретением статуса иностранного агента."</w:t>
      </w:r>
    </w:p>
    <w:p>
      <w:r>
        <w:rPr>
          <w:b/>
        </w:rPr>
        <w:t>Статья 11</w:t>
      </w:r>
    </w:p>
    <w:p>
      <w:r>
        <w:t>Абзац первый пункта 2 статьи 132 Федерального закона от 15 ноября 1997 года № 143-ФЗ "Об актах гражданского состояния" (Собрание законодательства Российской Федерации, 1997, № 47, ст. 5340; 2016, № 26, ст. 3888; 2018, № 31, ст. 4857, 4861; № 53, ст. 8454; 2019, № 22, ст. 2660; № 27, ст. 3522, 3526; № 40, ст. 5488; 2021, № 1, ст. 57; № 27, ст. 5186; № 50, ст. 8412; 2022, № 1, ст. 33, 43; № 29, ст. 5264) после слов "предусмотренных законодательством о противодействии легализации (отмыванию) доходов, полученных преступным путем, и финансированию терроризма," дополнить словами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в части сведений, необходимых для осуществления федерального государственного надзора за деятельностью некоммерческих организаций в соответствии с Федеральным законом от 12 января 1996 года № 7-ФЗ "О некоммерческих организациях" и Федеральным законом от 19 мая 1995 года № 82-ФЗ "Об общественных объединениях" и государственного контроля за деятельностью иностранных агентов в соответствии с Федеральным законом от 14 июля 2022 года № 255-ФЗ "О контроле за деятельностью лиц, находящихся под иностранным влиянием",".</w:t>
      </w:r>
    </w:p>
    <w:p>
      <w:r>
        <w:rPr>
          <w:b/>
        </w:rPr>
        <w:t>Статья 12</w:t>
      </w:r>
    </w:p>
    <w:p>
      <w:r>
        <w:t>В статье 271 Федерального закона от 27 мая 1998 года № 76-ФЗ "О статусе военнослужащих" (Собрание законодательства Российской Федерации, 1998, № 22, ст. 2331; 2008, № 52, ст. 6235; 2021, № 18, ст. 3060) слова "и пунктом 10" заменить словами ", пунктом 10", после слов "О государственной гражданской службе Российской Федерации" дополнить словами "и частью 1 статьи 11 Федерального закона от 14 июля 2022 года № 255-ФЗ "О контроле за деятельностью лиц, находящихся под иностранным влиянием".</w:t>
      </w:r>
    </w:p>
    <w:p>
      <w:r>
        <w:rPr>
          <w:b/>
        </w:rPr>
        <w:t>Статья 13</w:t>
      </w:r>
    </w:p>
    <w:p>
      <w:r>
        <w:t>Внести в Федеральный закон от 11 июля 2001 года № 95-ФЗ "О политических партиях" (Собрание законодательства Российской Федерации, 2001, № 29, ст. 2950; 2005, № 30, ст. 3104; 2007, № 1, ст. 37; 2008, № 30, ст. 3600; 2014, № 26, ст. 3391; № 48, ст. 6636) следующие изменения</w:t>
      </w:r>
    </w:p>
    <w:p>
      <w:r>
        <w:t>в пункте 3 статьи 30: а) дополнить подпунктом "е1" следующего содержания: "е1) иностранных агентов;"; б) в подпункте "н" слова ", а также от некоммерческих организаций, выполняющих функции иностранного агента" исключить</w:t>
      </w:r>
    </w:p>
    <w:p>
      <w:r>
        <w:t>подпункт "д" пункта 41 статьи 31 изложить в следующей редакции: "д) иностранными агентами;"</w:t>
      </w:r>
    </w:p>
    <w:p>
      <w:r>
        <w:rPr>
          <w:b/>
        </w:rPr>
        <w:t>Статья 14</w:t>
      </w:r>
    </w:p>
    <w:p>
      <w:r>
        <w:t>В пункте 6 статьи 61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2016, № 26, ст. 3884; 2017, № 1, ст. 12; 2021, № 27, ст. 5061) слова "по запросу уполномоченного органа или налоговых органов" заменить словами "по запросу уполномоченного органа, налоговых органов или федерального органа исполнительной власти, уполномоченного в сфере регистрации некоммерческих организаций".</w:t>
      </w:r>
    </w:p>
    <w:p>
      <w:r>
        <w:rPr>
          <w:b/>
        </w:rPr>
        <w:t>Статья 15</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2004, № 35, ст. 3607; № 50, ст. 4950; 2005, № 30, ст. 3104; 2006, № 29, ст. 3125; № 31, ст. 3427; № 50, ст. 5303; 2007, № 1, ст. 37; № 10, ст. 1151; № 17, ст. 1938; № 18, ст. 2118; № 31, ст. 4011; 2008, № 30, ст. 3616; № 52, ст. 6229; 2009, № 1, ст. 30; № 7, ст. 771; № 14, ст. 1577; № 20, ст. 2391; № 29, ст. 3640; 2010, № 17, ст. 1986; № 27, ст. 3417; № 41, ст. 5192; 2011, № 1, ст. 16; № 25, ст. 3536; № 29, ст. 4291; № 30, ст. 4607; № 43, ст. 5975; 2012, № 19, ст. 2274, 2275; № 41, ст. 5522; № 50, ст. 6961; 2013, № 14, ст. 1638; № 19, ст. 2329; № 27, ст. 3477; № 51, ст. 6684; 2014, № 6, ст. 565; № 8, ст. 739; № 19, ст. 2299, 2300; № 23, ст. 2931; № 48, ст. 6636; № 49, ст. 6928; 2015, № 6, ст. 886; № 14, ст. 2015; № 29, ст. 4357; № 41, ст. 5639; 2016, № 7, ст. 917; № 11, ст. 1492, 1493; № 15, ст. 2054; 2017, № 1, ст. 46; № 15, ст. 2139; № 23, ст. 3227; 2018, № 53, ст. 8476; 2019, № 22, ст. 2660; 2020, № 9, ст. 1119; № 21, ст. 3232, 3233; № 31, ст. 5026; 2021, № 11, ст. 1708; № 15, ст. 2456; № 17, ст. 2877; 2022, № 12, ст. 1787; № 14, ст. 2203; № 27, ст. 4621) следующие изменения</w:t>
      </w:r>
    </w:p>
    <w:p>
      <w:r>
        <w:t>в статье 2: а) подпункт 351 изложить в следующей редакции: "351) кандидат, аффилированный с иностранным агентом, - кандидат, который не является иностранным агентом и который в период, составляющий два года до дня официального опубликования (публикации) решения о назначении выборов, и (или) в период избирательной кампании на соответствующих выборах: входит (входил) в состав органов юридического лица - иностранного агента и (или) является (являлся) его учредителем, членом, участником, руководителем либо работником; входит (входил) в состав органов незарегистрированного общественного объединения, иного объединения лиц, иностранной структуры без образования юридического лица - иностранных агентов и (или) является (являлся) их учредителем, членом, участником, руководителем; осуществляет (осуществлял) политическую деятельность и получает (получал) денежные средства и (или) иное имущество от иностранных агентов, в том числе через посредников, для осуществления политической деятельности;"; б) подпункт 352 изложить в следующей редакции: "352) кандидат, являющийся иностранным агентом, - кандидат, являющийся физическим лицом, которое включено в реестр иностранных агентов;"</w:t>
      </w:r>
    </w:p>
    <w:p>
      <w:r>
        <w:t>в пункте 6 статьи 3 слова "некоммерческие организации, выполняющие функции иностранного агента, незарегистрированные общественные объединения, выполняющие функции иностранного агента, и иностранные средства массовой информации, выполняющие функции иностранного агента, российские юридические лица, информация о которых включена в реестр иностранных средств массовой информации, выполняющих функции иностранного агента," заменить словами "иностранные агенты"</w:t>
      </w:r>
    </w:p>
    <w:p>
      <w:r>
        <w:t>в статье 29: а) пункт 1 дополнить подпунктом "о" следующего содержания: "о) лица, включенные в реестр иностранных агентов."; б) в подпункте "б" пункта 6 слова "и "н" пункта 1" заменить словами ", "н" и "о" пункта 1"; в) пункт 8 дополнить подпунктом "ж" следующего содержания: "ж) включения члена комиссии в реестр иностранных агентов."; г) в пункте 211 слова "н" пункта 1" заменить словами "н" и "о" пункта 1"</w:t>
      </w:r>
    </w:p>
    <w:p>
      <w:r>
        <w:t>в статье 33: а) в абзаце втором пункта 21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 б) в пункте 68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 в) в пункте 7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абзаце втором пункта 9 статьи 37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 слова "выполняющий (выполняющие) функции иностранного агента" заменить словами "являющийся (являющиеся) иностранным агентом (иностранными агентами)"</w:t>
      </w:r>
    </w:p>
    <w:p>
      <w:r>
        <w:t>в пункте 51 статьи 45 слова "являющемся физическим лицом, выполняющим функции иностранного агента" заменить словами "являющемся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w:t>
      </w:r>
    </w:p>
    <w:p>
      <w:r>
        <w:t>в статье 48: а) в пункте 94 слова "являющего физическим лицом, выполняющим функции иностранного агента" заменить словами "являющегося иностранным агентом", слова "выполняющим функции иностранного агента лицом" заменить словами "иностранным агентом", слова "физическим лицом, выполняющим функции иностранного агента," заменить словами "иностранным агентом", слова "который является физическим лицом, выполняющим функции иностранного агента" заменить словами "являющегося иностранным агентом", слова "кандидатом, аффилированным с выполняющим функции иностранного агента лицом" заменить словами "кандидатом, аффилированным с иностранным агентом"; б) в пункте 95 слова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заменить словами "являющегося иностранным агентом"</w:t>
      </w:r>
    </w:p>
    <w:p>
      <w:r>
        <w:t>в пункте 41 статьи 51 слова "являющегося физическим лицом, выполняющим функции иностранного агента" заменить словами "являющегося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 слова "являющийся физическим лицом, выполняющим функции иностранного агента" заменить словами "являющийся иностранным агентом"</w:t>
      </w:r>
    </w:p>
    <w:p>
      <w:r>
        <w:t>в пункте 6 статьи 52 слова "являющегося физическим лицом, выполняющим функции иностранного агента" заменить словами "являющегося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w:t>
      </w:r>
    </w:p>
    <w:p>
      <w:r>
        <w:t>в пункте 2 статьи 54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статье 58: а) в подпункте "о" пункта 6 слова "некоммерческим организациям, выполняющим функции иностранного агента, российским юридическим лицам, информация о которых включена в реестр иностранных средств массовой информации, выполняющих функции иностранного агента" заменить словами "юридическим и физическим лицам, являющимся иностранными агентами, и российским юридическим лицам, учрежденным иностранными агентами"; б) абзац второй пункта 7 признать утратившим силу</w:t>
      </w:r>
    </w:p>
    <w:p>
      <w:r>
        <w:t>в пункте 4 статьи 61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пункте 71 статьи 63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примечании к приложению 41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 слова "выполняющий (выполняющие) функции иностранного агента" заменить словами "являющийся (являющиеся) иностранным агентом (иностранными агентами)"</w:t>
      </w:r>
    </w:p>
    <w:p>
      <w:r>
        <w:t>в примечании к приложению 5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примечании к приложению 6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примечании к приложению 71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 слова "выполняющий (выполняющие) функции иностранного агента" заменить словами "являющийся (являющиеся) иностранным агентом (иностранными агентами)"</w:t>
      </w:r>
    </w:p>
    <w:p>
      <w:r>
        <w:t>в примечании к приложению 8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примечании к приложению 10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rPr>
          <w:b/>
        </w:rPr>
        <w:t>Статья 16</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3124, 3125; № 31, ст. 3427; 2007, № 18, ст. 2118; 2009, № 7, ст. 771; № 20, ст. 2391; № 23, ст. 2763; № 29, ст. 3633, 3640; 2010, № 17, ст. 1986; 2011, № 25, ст. 3536; № 29, ст. 4291; № 30, ст. 4607; № 43, ст. 5975; 2012, № 19, ст. 2275; 2013, № 19, ст. 2329; № 52, ст. 6961; 2014, № 8, ст. 739; № 48, ст. 6636; № 49, ст. 6928; 2017, № 1, ст. 46; № 23, ст. 3226; № 50, ст. 7545; 2020, № 9, ст. 1119; 2021, № 15, ст. 2456; 2022, № 12, ст. 1787; № 14, ст. 2203; № 27, ст. 4621) следующие изменения</w:t>
      </w:r>
    </w:p>
    <w:p>
      <w:r>
        <w:t>в статье 11: а) в наименовании слова "некоммерческих организаций, незарегистрированных общественных объединений, выполняющих функции иностранного агента, и иностранных средств массовой информации, выполняющих функции иностранного агента, российских юридических лиц, информация о которых включена в реестр иностранных средств массовой информации, выполняющих функции иностранного агента" заменить словами "иностранных агентов"; б) в пункте 1 слова "некоммерческих организаций, незарегистрированных общественных объединений, выполняющих функции иностранного агента, и иностранных средств массовой информации, выполняющих функции иностранного агента, российских юридических лиц, информация о которых включена в реестр иностранных средств массовой информации, выполняющих функции иностранного агента," заменить словами "иностранных агентов"</w:t>
      </w:r>
    </w:p>
    <w:p>
      <w:r>
        <w:t>пункт 2 статьи 16 после слов "на территории иностранного государства," дополнить словами "лица, включенные в реестр иностранных агентов,"</w:t>
      </w:r>
    </w:p>
    <w:p>
      <w:r>
        <w:t>в пункте 61 статьи 34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пункте 111 статьи 35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пункте 5 статьи 36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пункте 51 статьи 46 слова "являющемся физическим лицом, выполняющим функции иностранного агента" заменить словами "являющемся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w:t>
      </w:r>
    </w:p>
    <w:p>
      <w:r>
        <w:t>в статье 49: а) в пункте 72 слова "являющегося физическим лицом, выполняющим функции иностранного агента" заменить словами "являющегося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 б) в пункте 73 слова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заменить словами "являющегося иностранным агентом"</w:t>
      </w:r>
    </w:p>
    <w:p>
      <w:r>
        <w:t>в статье 52: а) в пункте 5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 б) в пункте 7 слова "являющегося физическим лицом, выполняющим функции иностранного агента" заменить словами "являющегося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 в) в пункте 91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 г) в пункте 92 слова "физическими лицами, включенными в список физических лиц, выполняющих функции иностранного агента, или физическими лицами, информация о которых включена в реестр иностранных средств массовой информации, выполняющих функции иностранного агента" заменить словами "иностранными агентами", слова "физическим лицом, включенным в список физических лиц, выполняющих функции иностранного агента, или физическим лицом, информация о котором включена в реестр иностранных средств массовой информации, выполняющих функции иностранного агента" заменить словами "иностранным агентом"</w:t>
      </w:r>
    </w:p>
    <w:p>
      <w:r>
        <w:t>в пункте 16 статьи 53 слова "являющегося физическим лицом, выполняющим функции иностранного агента" заменить словами "являющегося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w:t>
      </w:r>
    </w:p>
    <w:p>
      <w:r>
        <w:t>в пункте 2 статьи 55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пункте 1 статьи 61 третье предложение исключить</w:t>
      </w:r>
    </w:p>
    <w:p>
      <w:r>
        <w:t>в пункте 4 статьи 66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пункте 61 статьи 67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примечании к приложению 1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примечании к приложению 2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rPr>
          <w:b/>
        </w:rPr>
        <w:t>Статья 17</w:t>
      </w:r>
    </w:p>
    <w:p>
      <w:r>
        <w:t>Пункт 1 статьи 3 Федерального закона от 27 мая 2003 года № 58-ФЗ "О системе государственной службы Российской Федерации" (Собрание законодательства Российской Федерации, 2003, № 22, ст. 2063) дополнить абзацем следующего содержания: "защита системы государственной службы и профессиональной служебной деятельности государственных служащих от иностранного влияния, предполагающая в том числе запрет на поступление на государственную службу и пребывание на ней иностранных агентов.".</w:t>
      </w:r>
    </w:p>
    <w:p>
      <w:r>
        <w:rPr>
          <w:b/>
        </w:rPr>
        <w:t>Статья 18</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2008, № 52, ст. 6225; 2011, № 27, ст. 3873; 2013, № 52, ст. 6975; 2014, № 30, ст. 4219; № 52, ст. 7543; 2016, № 27, ст. 4297; 2017, № 18, ст. 2669; 2018, № 18, ст. 2576; № 32, ст. 5115; 2020, № 22, ст. 3384) следующие изменения</w:t>
      </w:r>
    </w:p>
    <w:p>
      <w:r>
        <w:t>пункт 10 части 2 статьи 5 изложить в следующей редакции: "10) размещенные иностранными агентами (за исключением физических лиц, в том числе индивидуальных предпринимателей), сведения о которых содержатся в реестре иностранных агентов, ведение которого осуществляется в соответствии с Федеральным законом от 14 июля 2022 года № 255-ФЗ "О контроле за деятельностью лиц, находящихся под иностранным влиянием", или в их пользу."</w:t>
      </w:r>
    </w:p>
    <w:p>
      <w:r>
        <w:t>статью 9 дополнить частью 21 следующего содержания: "21. Исключение иностранного агента, указанного в пункте 10 части 2 статьи 5 настоящего Федерального закона, из реестра иностранных агентов после дня наступления страхового случая не влечет возникновения у такого иностранного агента права на получение возмещения по вкладу (вкладам) в соответствии с настоящим Федеральным законом."</w:t>
      </w:r>
    </w:p>
    <w:p>
      <w:r>
        <w:rPr>
          <w:b/>
        </w:rPr>
        <w:t>Статья 19</w:t>
      </w:r>
    </w:p>
    <w:p>
      <w:r>
        <w:t>Внести в Федеральный закон от 19 июня 2004 года № 54-ФЗ "О собраниях, митингах, демонстрациях, шествиях и пикетированиях" (Собрание законодательства Российской Федерации, 2004, № 25, ст. 2485; 2010, № 50, ст. 6602; 2012, № 24, ст. 3082; 2017, № 24, ст. 3476; 2018, № 42, ст. 6381; 2021, № 1, ст. 36, 80) следующие изменения</w:t>
      </w:r>
    </w:p>
    <w:p>
      <w:r>
        <w:t>часть 2 статьи 5 дополнить пунктом 3 следующего содержания: "3) иностранные агенты."</w:t>
      </w:r>
    </w:p>
    <w:p>
      <w:r>
        <w:t>в статье 8: а) дополнить частью 21-1 следующего содержания: "21-1. К местам, в которых запрещается проведение собраний, митингов, шествий, демонстраций, относятся:</w:t>
      </w:r>
    </w:p>
    <w:p>
      <w:r>
        <w:t>здания и территории речных, морских, железнодорожных и автомобильных вокзалов и станций, аэропортов, морских, речных портов, пристаней</w:t>
      </w:r>
    </w:p>
    <w:p>
      <w:r>
        <w:t>здания и территории образовательных организаций, медицинских организаций, организаций социальной защиты населения, детские и спортивные площадки</w:t>
      </w:r>
    </w:p>
    <w:p>
      <w:r>
        <w:t>здания органов публичной власти, а также территории, непосредственно прилегающие к таким зданиям, объектам жизнеобеспечения, в том числе обеспечивающим функционирование электрических, тепловых, водопроводных сетей, сетей водоснабжения и (или) водоотведения, сетей газоснабжения</w:t>
      </w:r>
    </w:p>
    <w:p>
      <w:r>
        <w:t>культовые помещения, здания и сооружения, а также земельные участки, на которых расположены такие здания и сооружения, в том числе принадлежащие религиозным организациям на праве собственности или предоставленные им на ином имущественном праве для осуществления их уставной деятельности, места паломничества, за исключением общественных мест, на которых проводятся публичные богослужения, другие религиозные обряды и церемонии в соответствии с пунктом 5 статьи 16 Федерального закона от 26 сентября 1997 года № 125-ФЗ "О свободе совести и о религиозных объединениях"."; б) часть 22 изложить в следующей редакции: "22. В целях защиты прав и свобод человека и гражданина, обеспечения законности, правопорядка, общественной безопасности законом субъекта Российской Федерации дополнительно определяются места, в которых запрещается проведение собраний, митингов, шествий, демонстраций, за исключением совершения богослужений, других религиозных обрядов и церемоний в соответствии со статьей 16 Федерального закона от 26 сентября 1997 года № 125-ФЗ "О свободе совести и о религиозных объединениях", если это обусловлено историческими, культурными, иными объективными особенностями субъекта Российской Федерации, а также могут определяться иные места, в которых проведение указанных публичных мероприятий ограничивается по времени их возможного проведения."; в) дополнить частью 23 следующего содержания: "23. В случаях, определенных в части 22 настоящей статьи, законом субъекта Российской Федерации должны быть установлены адресные или иные ориентиры, указывающие на расположение мест, в которых запрещается проведение собраний, митингов, шествий, демонстраций."</w:t>
      </w:r>
    </w:p>
    <w:p>
      <w:r>
        <w:t>пункт 4 части 3 статьи 11 изложить в следующей редакции: "4) иностранных агентов;"</w:t>
      </w:r>
    </w:p>
    <w:p>
      <w:r>
        <w:rPr>
          <w:b/>
        </w:rPr>
        <w:t>Статья 20</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2008, № 30, ст. 3616; № 52, ст. 6235; 2011, № 48, ст. 6730; 2012, № 50, ст. 6954; 2013, № 23, ст. 2874; № 27, ст. 3462; № 48, ст. 6165; 2016, № 27, ст. 4157; 2017, № 31, ст. 4741; 2021, № 18, ст. 3060; № 24, ст. 4188; 2022, № 41, ст. 6941) следующие изменения</w:t>
      </w:r>
    </w:p>
    <w:p>
      <w:r>
        <w:t>часть 1 статьи 16 дополнить пунктом 13 следующего содержания: "13) приобретения им статуса иностранного агента."</w:t>
      </w:r>
    </w:p>
    <w:p>
      <w:r>
        <w:t>часть 2 статьи 39 дополнить пунктом 6 следующего содержания: "6) приобретением гражданским служащим статуса иностранного агента."</w:t>
      </w:r>
    </w:p>
    <w:p>
      <w:r>
        <w:rPr>
          <w:b/>
        </w:rPr>
        <w:t>Статья 21</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2014, № 48, ст. 6645; 2019, № 49, ст. 6985) следующие изменения</w:t>
      </w:r>
    </w:p>
    <w:p>
      <w:r>
        <w:t>часть 7 статьи 10 изложить в следующей редакции: "7. Запрещается распространение материалов, производимых и (или) распространяемых иностранным агентом в связи с осуществлением им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а также информации, касающейся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без указания на то, что эти материалы (информация) произведены и (или) распространены иностранным агентом. Форма, требования к размещению и порядок размещения такого указания устанавливаются Правительством Российской Федерации."</w:t>
      </w:r>
    </w:p>
    <w:p>
      <w:r>
        <w:t>в статье 159: а) наименование изложить в следующей редакции: "Статья 159. Порядок ограничения доступа к информационному ресурсу иностранного агента"; б) часть 1 изложить в следующей редакции: "1.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агента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доступ к информационному ресурсу соответствующего лица."</w:t>
      </w:r>
    </w:p>
    <w:p>
      <w:r>
        <w:rPr>
          <w:b/>
        </w:rPr>
        <w:t>Статья 22</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2008, № 30, ст. 3616; 2009, № 29, ст. 3597; 2011, № 43, ст. 5976; № 48, ст. 6730; 2013, № 27, ст. 3462; № 48, ст. 6165; 2014, № 10, ст. 954; 2016, № 27, ст. 4157; 2017, № 31, ст. 4741; 2018, № 45, ст. 6837; № 53, ст. 8485; 2020, № 44, ст. 6889; 2021, № 18, ст. 3060) следующие изменения</w:t>
      </w:r>
    </w:p>
    <w:p>
      <w:r>
        <w:t>часть 1 статьи 13 дополнить пунктом 11 следующего содержания: "11) приобретения им статуса иностранного агента."</w:t>
      </w:r>
    </w:p>
    <w:p>
      <w:r>
        <w:t>часть 1 статьи 19 дополнить пунктом 5 следующего содержания: "5) приобретения муниципальным служащим статуса иностранного агента."</w:t>
      </w:r>
    </w:p>
    <w:p>
      <w:r>
        <w:rPr>
          <w:b/>
        </w:rPr>
        <w:t>Статья 23</w:t>
      </w:r>
    </w:p>
    <w:p>
      <w:r>
        <w:t>Часть 2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47, ст. 6612; 2014, № 45, ст. 6153; 2017, № 30, ст. 4445; 2018, № 23, ст. 3229; 2020, № 31, ст. 5014; 2021, № 27, ст. 5167; 2022, № 41, ст. 6951) дополнить пунктом 9 следующего содержания: "9) иностранный агент.".</w:t>
      </w:r>
    </w:p>
    <w:p>
      <w:r>
        <w:rPr>
          <w:b/>
        </w:rPr>
        <w:t>Статья 24</w:t>
      </w:r>
    </w:p>
    <w:p>
      <w:r>
        <w:t>В части 3 статьи 10 Федерального закона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 24, ст. 2789; 2010, № 27, ст. 3416; 2011, № 49, ст. 7056; № 50, ст. 7353; 2013, № 44, ст. 5633; 2017, № 24, ст. 3481; 2018, № 30, ст. 4538) слова "некоммерческих организаций, выполняющих функции иностранного агента" заменить словами "иностранных агентов".</w:t>
      </w:r>
    </w:p>
    <w:p>
      <w:r>
        <w:rPr>
          <w:b/>
        </w:rPr>
        <w:t>Статья 25</w:t>
      </w:r>
    </w:p>
    <w:p>
      <w:r>
        <w:t>Пункт 5 части 11 статьи 5 Федерального закона от 17 июля 2009 года № 172-ФЗ "Об антикоррупционной экспертизе нормативных правовых актов и проектов нормативных правовых актов" (Собрание законодательства Российской Федерации, 2009, № 29, ст. 3609; 2011, № 48, ст. 6730; 2018, № 42, ст. 6376) изложить в следующей редакции: "5) иностранными агентами.".</w:t>
      </w:r>
    </w:p>
    <w:p>
      <w:r>
        <w:rPr>
          <w:b/>
        </w:rPr>
        <w:t>Статья 26</w:t>
      </w:r>
    </w:p>
    <w:p>
      <w:r>
        <w:t>В статье 17 Федерального закона от 28 декабря 2010 года № 403-ФЗ "О Следственном комитете Российской Федерации" (Собрание законодательства Российской Федерации, 2011, № 1, ст. 15; 2015, № 41, ст. 5639; 2021, № 18, ст. 3060) слова "пунктами 6 и 7 части 1 статьи 16" заменить словами "пунктами 6, 7 и 13 части 1 статьи 16".</w:t>
      </w:r>
    </w:p>
    <w:p>
      <w:r>
        <w:rPr>
          <w:b/>
        </w:rPr>
        <w:t>Статья 27</w:t>
      </w:r>
    </w:p>
    <w:p>
      <w:r>
        <w:t>Часть 2 статьи 5 Федерального закона от 29 декабря 2010 года № 436-ФЗ "О защите детей от информации, причиняющей вред их здоровью и развитию" (Собрание законодательства Российской Федерации, 2011, № 1, ст. 48; 2013, № 14, ст. 1658; № 26, ст. 3208; 2015, № 27, ст. 3970; 2018, № 52, ст. 8101; 2019, № 18, ст. 2217; 2020, № 31, ст. 5062) дополнить пунктом 9 следующего содержания: "9) содержащаяся в информационной продукции, произведенной иностранным агентом.".</w:t>
      </w:r>
    </w:p>
    <w:p>
      <w:r>
        <w:rPr>
          <w:b/>
        </w:rPr>
        <w:t>Статья 28</w:t>
      </w:r>
    </w:p>
    <w:p>
      <w:r>
        <w:t>Часть 5 статьи 3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2013, № 52, ст. 6961; 2015, № 27, ст. 3947, 4001; № 29, ст. 4375; 2018, № 1, ст. 89; 2020, № 31, ст. 5009; 2021, № 27, ст. 5188; 2022, № 16, ст. 2606; № 24, ст. 3920) изложить в следующей редакции: "5.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
        <w:rPr>
          <w:b/>
        </w:rPr>
        <w:t>Статья 29</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2012, № 50, ст. 6954; 2013, № 19, ст. 2329; № 27, ст. 3477; 2014, № 52, ст. 7542; 2015, № 7, ст. 1022; 2016, № 27, ст. 4233; 2019, № 31, ст. 4477; 2020, № 31, ст. 5027; № 48, ст. 7635; 2021, № 1, ст. 56; № 18, ст. 3060) следующие изменения</w:t>
      </w:r>
    </w:p>
    <w:p>
      <w:r>
        <w:t>часть 1 статьи 14 дополнить пунктом 10 следующего содержания: "10) приобретение им статуса иностранного агента."</w:t>
      </w:r>
    </w:p>
    <w:p>
      <w:r>
        <w:t>в абзаце первом части 5 статьи 17 цифры "4 - 9" заменить цифрами "4 - 10"</w:t>
      </w:r>
    </w:p>
    <w:p>
      <w:r>
        <w:t>в части 4 статьи 69 слова "9 или 13" заменить словами "9, 13 или 14"</w:t>
      </w:r>
    </w:p>
    <w:p>
      <w:r>
        <w:t>в части 14 статьи 76 слова "9 или 13" заменить словами "9, 13 или 14"</w:t>
      </w:r>
    </w:p>
    <w:p>
      <w:r>
        <w:t>часть 3 статьи 82 дополнить пунктом 14 следующего содержания: "14) в связи с приобретением сотрудником статуса иностранного агента."</w:t>
      </w:r>
    </w:p>
    <w:p>
      <w:r>
        <w:t>в части 12 статьи 89 слова "9 и 11" заменить словами "9, 11 и 14"</w:t>
      </w:r>
    </w:p>
    <w:p>
      <w:r>
        <w:rPr>
          <w:b/>
        </w:rPr>
        <w:t>Статья 30</w:t>
      </w:r>
    </w:p>
    <w:p>
      <w:r>
        <w:t>Пункт 12 части 5 статьи 6 Федерального закона от 6 декабря 2011 года № 402-ФЗ "О бухгалтерском учете" (Собрание законодательства Российской Федерации, 2011, № 50, ст. 7344; 2013, № 44, ст. 5631; 2014, № 45, ст. 6154; 2019, № 30, ст. 4149) изложить в следующей редакции: "12) организации, являющиеся иностранными агентами.".</w:t>
      </w:r>
    </w:p>
    <w:p>
      <w:r>
        <w:rPr>
          <w:b/>
        </w:rPr>
        <w:t>Статья 31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2020, № 24, ст. 3739; 2021, № 15, ст. 2452) следующие изменения</w:t>
      </w:r>
    </w:p>
    <w:p>
      <w:r>
        <w:t>статью 122 дополнить частью 11 следующего содержания: "11. Просветительская деятельность в отношении несовершеннолетних не может осуществляться иностранными агентами."</w:t>
      </w:r>
    </w:p>
    <w:p>
      <w:r>
        <w:t>статью 21 дополнить частью 3 следующего содержания: "3. Образовательная деятельность в отношении несовершеннолетних не может осуществляться организациями, признанными иностранными агентами."</w:t>
      </w:r>
    </w:p>
    <w:p>
      <w:r>
        <w:t>статью 46 дополнить частью 41 следующего содержания: "41. К занятию педагогической деятельностью в государственных и муниципальных образовательных организациях не допускаются иностранные агенты."</w:t>
      </w:r>
    </w:p>
    <w:p>
      <w:r>
        <w:rPr>
          <w:b/>
        </w:rPr>
        <w:t>Статья 32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2015, № 27, ст. 4001; № 29, ст. 4342, 4353; 2016, № 1, ст. 10; № 27, ст. 4254, 4298; 2017, № 1, ст. 30; 2018, № 1, ст. 88; № 53, ст. 8428; 2019, № 18, ст. 2195; № 52, ст. 7767; 2020, № 14, ст. 2028; № 17, ст. 2702; № 52, ст. 8581; 2021, № 1, ст. 78; № 27, ст. 5105, 5188; 2022, № 16, ст. 2606; № 24, ст. 3920; № 27, ст. 4632) следующие изменения</w:t>
      </w:r>
    </w:p>
    <w:p>
      <w:r>
        <w:t>пункт 4 части 1 статьи 3 после слов "(далее - офшорная компания)," дополнить словами "либо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дополнить словами ",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
        <w:t>в статье 31: а) часть 1 дополнить пунктом 101 следующего содержания: "101) участник закупки не является иностранным агентом;"; б) часть 8 после слова "процедур)" дополнить словами ", пункте 101"</w:t>
      </w:r>
    </w:p>
    <w:p>
      <w:r>
        <w:rPr>
          <w:b/>
        </w:rPr>
        <w:t>Статья 33</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 48, ст. 6636; 2016, № 11, ст. 1492, 1493; № 15, ст. 2054; 2018, № 7, ст. 961; № 24, ст. 3417; 2020, № 21, ст. 3232, 3233; № 31, ст. 5026; 2021, № 11, ст. 1708; № 15, ст. 2456; № 17, ст. 2877; 2022, № 12, ст. 1787; № 14, ст. 2203; № 27, ст. 4621) следующие изменения</w:t>
      </w:r>
    </w:p>
    <w:p>
      <w:r>
        <w:t>в статье 11: а) в наименовании слова "некоммерческих организаций, незарегистрированных общественных объединений, выполняющих функции иностранного агента, и иностранных средств массовой информации, выполняющих функции иностранного агента, российских юридических лиц, информация о которых включена в реестр иностранных средств массовой информации, выполняющих функции иностранного агента" заменить словами "иностранных агентов"; б) в части 1 слова "некоммерческими организациями, незарегистрированными общественными объединениями, выполняющими функции иностранного агента, и иностранными средствами массовой информации, выполняющими функции иностранного агента, российскими юридическими лицами, информация о которых включена в реестр иностранных средств массовой информации, выполняющих функции иностранного агента," заменить словами "иностранными агентами"</w:t>
      </w:r>
    </w:p>
    <w:p>
      <w:r>
        <w:t>в части 51 статьи 41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статье 42: а) в части 31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 б) в части 51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части 5 статьи 45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 слова "выполняющий (выполняющие) функции иностранного агента" заменить словами "являющийся (являющиеся) иностранным агентом (иностранными агентами)"</w:t>
      </w:r>
    </w:p>
    <w:p>
      <w:r>
        <w:t>в части 41 статьи 58 слова "являющемся физическим лицом, выполняющим функции иностранного агента" заменить словами "являющемся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w:t>
      </w:r>
    </w:p>
    <w:p>
      <w:r>
        <w:t>в статье 62: а) в части 93 слова "являющегося физическим лицом, выполняющим функции иностранного агента" заменить словами "являющегося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 б) в части 94 слова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заменить словами "являющегося иностранным агентом"</w:t>
      </w:r>
    </w:p>
    <w:p>
      <w:r>
        <w:t>в части 9 статьи 65 слова "являющегося физическим лицом, выполняющим функции иностранного агента" заменить словами "являющегося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 слова "являющийся физическим лицом, выполняющим функции иностранного агента," заменить словами "являющийся иностранным агентом"</w:t>
      </w:r>
    </w:p>
    <w:p>
      <w:r>
        <w:t>в части 18 статьи 66 слова "являющегося физическим лицом, выполняющим функции иностранного агента" заменить словами "являющегося иностранным агентом", слова "выполняющим функции иностранного агента лицом" заменить словами "иностранным агентом", слова "является физическим лицом, выполняющим функции иностранного агента," заменить словами "является иностранным агентом"</w:t>
      </w:r>
    </w:p>
    <w:p>
      <w:r>
        <w:t>в части 4 статьи 68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части 1 статьи 73 третье предложение исключить</w:t>
      </w:r>
    </w:p>
    <w:p>
      <w:r>
        <w:t>в части 5 статьи 78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части 91 статьи 79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примечании к приложению 2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 слова "выполняющий (выполняющие) функции иностранного агента" заменить словами "являющийся (являющиеся) иностранным агентом (иностранными агентами)"</w:t>
      </w:r>
    </w:p>
    <w:p>
      <w:r>
        <w:t>в примечании к приложению 3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t>в примечании к приложению 4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rPr>
          <w:b/>
        </w:rPr>
        <w:t>Статья 34</w:t>
      </w:r>
    </w:p>
    <w:p>
      <w:r>
        <w:t>Часть 2 статьи 14 Федерального закона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2021, № 18, ст. 3060) после слов "О противодействии коррупции" дополнить словами ", частью 1 статьи 11 Федерального закона от 14 июля 2022 года № 255-ФЗ "О контроле за деятельностью лиц, находящихся под иностранным влиянием".</w:t>
      </w:r>
    </w:p>
    <w:p>
      <w:r>
        <w:rPr>
          <w:b/>
        </w:rPr>
        <w:t>Статья 35</w:t>
      </w:r>
    </w:p>
    <w:p>
      <w:r>
        <w:t>Внести в Федеральный закон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 30, ст. 4532; 2021, № 18, ст. 3060) следующие изменения</w:t>
      </w:r>
    </w:p>
    <w:p>
      <w:r>
        <w:t>часть 2 статьи 14 после слов "(далее - Федеральный закон "О противодействии коррупции")" дополнить словами ", частью 1 статьи 11 Федерального закона от 14 июля 2022 года № 255-ФЗ "О контроле за деятельностью лиц, находящихся под иностранным влиянием"</w:t>
      </w:r>
    </w:p>
    <w:p>
      <w:r>
        <w:t>часть 5 статьи 17 дополнить пунктом 7 следующего содержания: "7) приобретает статус иностранного агента."</w:t>
      </w:r>
    </w:p>
    <w:p>
      <w:r>
        <w:t>часть 3 статьи 84 дополнить пунктом 15 следующего содержания: "15) в связи с приобретением сотрудником статуса иностранного агента."</w:t>
      </w:r>
    </w:p>
    <w:p>
      <w:r>
        <w:rPr>
          <w:b/>
        </w:rPr>
        <w:t>Статья 36</w:t>
      </w:r>
    </w:p>
    <w:p>
      <w:r>
        <w:t>Внести в Федеральный закон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 40, ст. 5488; 2021, № 18, ст. 3060) следующие изменения</w:t>
      </w:r>
    </w:p>
    <w:p>
      <w:r>
        <w:t>часть 2 статьи 14 после слов "О противодействии коррупции" дополнить словами ", частью 1 статьи 11 Федерального закона от 14 июля 2022 года № 255-ФЗ "О контроле за деятельностью лиц, находящихся под иностранным влиянием"</w:t>
      </w:r>
    </w:p>
    <w:p>
      <w:r>
        <w:t>часть 4 статьи 17 дополнить пунктом 7 следующего содержания: "7) приобретает статус иностранного агента."</w:t>
      </w:r>
    </w:p>
    <w:p>
      <w:r>
        <w:t>часть 3 статьи 80 дополнить пунктом 15 следующего содержания: "15) в связи с приобретением сотрудником статуса иностранного агента."</w:t>
      </w:r>
    </w:p>
    <w:p>
      <w:r>
        <w:rPr>
          <w:b/>
        </w:rPr>
        <w:t>Статья 37</w:t>
      </w:r>
    </w:p>
    <w:p>
      <w:r>
        <w:t>Часть 3 статьи 9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(Собрание законодательства Российской Федерации, 2020, № 29, ст. 4499) дополнить пунктом 91 следующего содержания: "91) участник отбора исполнителей услуг не является иностранным агентом;".</w:t>
      </w:r>
    </w:p>
    <w:p>
      <w:r>
        <w:rPr>
          <w:b/>
        </w:rPr>
        <w:t>Статья 38</w:t>
      </w:r>
    </w:p>
    <w:p>
      <w:r>
        <w:t>Часть 5 статьи 2 Федерального закона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 27, ст. 5187; № 50, ст. 8415) дополнить пунктом 111 следующего содержания: "111) государственный контроль за деятельностью иностранных агентов;".</w:t>
      </w:r>
    </w:p>
    <w:p>
      <w:r>
        <w:rPr>
          <w:b/>
        </w:rPr>
        <w:t>Статья 39</w:t>
      </w:r>
    </w:p>
    <w:p>
      <w:r>
        <w:t>В примечании к приложению 3 к Федеральному закону от 22 декабря 2020 года № 437-ФЗ "О федеральной территории "Сириус" (Собрание законодательства Российской Федерации, 2020, № 52, ст. 8583; 2021, № 17, ст. 2877) слова "физическим лицом, выполняющим функции иностранного агента," заменить словами "иностранным агентом", слова "выполняющим функции иностранного агента лицом" заменить словами "иностранным агентом".</w:t>
      </w:r>
    </w:p>
    <w:p>
      <w:r>
        <w:rPr>
          <w:b/>
        </w:rPr>
        <w:t>Статья 40</w:t>
      </w:r>
    </w:p>
    <w:p>
      <w:r>
        <w:t>Часть 9 статьи 10 Федерального закона от 14 июля 2022 года № 255-ФЗ "О контроле за деятельностью лиц, находящихся под иностранным влиянием" (Собрание законодательства Российской Федерации, 2022, № 29, ст. 5222) дополнить пунктом 21 следующего содержания: "21) запрашивать у налоговых органов сведения о наименовании и месте нахождения банков и иных кредитных организаций, в которых открыты счета лиц, указанных в части 2 статьи 1 настоящего Федерального закона, а также о видах и номерах банковских счетов указанных лиц и получать такую информацию;".</w:t>
      </w:r>
    </w:p>
    <w:p>
      <w:r>
        <w:rPr>
          <w:b/>
        </w:rPr>
        <w:t>Статья 41</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Федерального закона от 10 января 2003 года № 19-ФЗ "О выборах Президента Российской Федерации" (в редакции настоящего Федерального закона),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Федерального закона от 22 декабря 2020 года № 437-ФЗ "О федеральной территории "Сириус" (в редакции настоящего Федерального закона) применяются к правоотношениям, возникшим в связи с проведением выборов,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