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железнодорожном транспорте в Российской Федерации"</w:t>
      </w:r>
    </w:p>
    <w:p>
      <w:r>
        <w:rPr>
          <w:b/>
        </w:rPr>
        <w:t>Статья 1</w:t>
      </w:r>
    </w:p>
    <w:p>
      <w:r>
        <w:t>Внести в статью 25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2013, № 27, ст. 3477; 2015, № 29, ст. 4356; 2019, № 30, ст. 4135; 2022, № 27, ст. 4620) изменение, дополнив ее пунктом 7 следующего содержания: "7. Бесплатным рационом питания (натуральным довольствием) за счет средств работодателя обеспечиваются работники железнодорожного транспорта общего пользования, выполняющие на объектах инфраструктуры более четырех часов подряд во время, в течение которого прекращается движение поездов по перегону, отдельным железнодорожным путям перегона или железнодорожной станции, следующие работы: аварийно-восстановительные; по ликвидации последствий чрезвычайных ситуаций, стихийных бедствий; по реконструкции объектов инфраструктуры; по ремонту объектов инфраструктуры; по очистке железнодорожных путей и стрелочных переводов при ликвидации снежных заносов. Порядок обеспечения бесплатным рационом питания (натуральным довольствием) и нормы бесплатного рациона питания (натурального довольствия) таких работников железнодорожного транспорта общего пользования, выполняющих на объектах инфраструктуры работы более четырех часов подряд во время, в течение которого прекращается движение поездов по перегону, отдельным железнодорожным путям перегона или железнодорожной станции, устанавливаются федеральным органом исполнительной власти в области транспорта. Категории работников, выполняющих работы по очистке железнодорожных путей и стрелочных переводов при ликвидации снежных заносов, определяются работодателем.".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