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Российском научном фонде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15. Экспертные советы Фонда и научно-технологический совет Фонда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