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упразднении и создании некоторых районных судов Саратовской области"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