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Основы законодательства Российской Федерации о нотариате</w:t>
      </w:r>
    </w:p>
    <w:p>
      <w:r>
        <w:rPr>
          <w:b/>
        </w:rPr>
        <w:t>Статья 1</w:t>
      </w:r>
    </w:p>
    <w:p>
      <w:r>
        <w:t>Внести в Основы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2004, № 35, ст. 3607; № 45, ст. 4377; 2005, № 27, ст. 2717; 2007, № 1, ст. 21; № 43, ст. 5084; 2009, № 1, ст. 14; 2013, № 51, ст. 6699; 2015, № 1, ст. 10; № 13, ст. 1811; 2016, № 1, ст. 11; № 27, ст. 4265, 4293; 2018, № 1, ст. 70; № 22, ст. 3043; № 27, ст. 3954; № 32, ст. 5131; 2019, № 30, ст. 4128; № 52, ст. 7798; 2021, № 27, ст. 5095, 5182; 2022, № 29, ст. 5233, 5306) следующие изменения</w:t>
      </w:r>
    </w:p>
    <w:p>
      <w:r>
        <w:t>в статье 16: а) дополнить новой частью второй следующего содержания: "При совершении нотариального действия нотариус обязан провести правовой анализ представленных документов, проектов документов, полученной информации, осуществить консультирование по вопросам применения норм законодательства, а также осуществить иные предусмотренные законодательством в связи с совершением нотариального действия обязанности и полномочия, включая изготовление документов, копий документов, скан-образов документов, отображений на бумажном носителе образов электронных документов и информации, полученной в том числе в электронной форме, осуществление технического обеспечения хранения документов или депонированного имущества, включая денежные суммы."; б) части вторую - семнадцатую считать соответственно частями третьей - восемнадцатой</w:t>
      </w:r>
    </w:p>
    <w:p>
      <w:r>
        <w:t>в статье 22: а) наименование изложить в следующей редакции: "Статья 22. Оплата нотариальных действий"; б) дополнить новой частью второй следующего содержания: "За совершение действий, для которых законодательством Российской Федерации не предусмотрена обязательная нотариальная форма, нотариус, работающий в государственной нотариальной конторе, должностные лица, указанные в части четвертой статьи 1 настоящих Основ, взимают плату в размере, соответствующем размеру федерального тарифа, предусмотренного за совершение аналогичных действий нотариусом, занимающимся частной практикой, в соответствии с требованиями статьи 221 настоящих Основ."; в) части вторую и третью считать соответственно частями третьей и четвертой и изложить их в следующей редакции: "За совершение нотариальных действий нотариус, занимающийся частной практикой, взимает единый нотариальный тариф (далее - нотариальный тариф), включающий федеральный и региональный тарифы. Федеральный тариф за совершение нотариальных действий, предусмотренных частью первой настоящей статьи, взимается в размере, соответствующем размеру государственной пошлины, предусмотренной за совершение аналогичных действий в государственной нотариальной конторе, и с учетом особенностей, установленных законодательством Российской Федерации о налогах и сборах. За совершение действий, для которых законодательством Российской Федерации не предусмотрена обязательная нотариальная форма, федеральный тариф взимается в размере, установленном статьей 221 настоящих Основ."; г) дополнить новыми частями пятой и шестой следующего содержания: "Размер регионального тарифа устанавливается в соответствии со статьями 25 и 30 настоящих Основ и обеспечивает осуществление нотариальной деятельности и ее развитие в соответствии с задачами, возложенными Российской Федерацией на нотариусов, занимающихся частной практикой, в целях защиты прав и законных интересов граждан и юридических лиц, а также реализацию предусмотренных законодательством Российской Федерации публичных полномочий Федеральной нотариальной палаты и нотариальных палат субъектов Российской Федерации, в том числе функционирование и развитие единой информационной системы нотариата. В формуле расчета экономически обоснованного предельного размера регионального тарифа, разрабатываемой в соответствии с абзацем семнадцатым части второй статьи 30 настоящих Основ, подлежит учету, в частности, величина прожиточного минимума на душу населения в субъекте Российской Федерации."; д) части четвертую - шестую считать соответственно частями седьмой - девятой; е) части седьмую и восьмую считать соответственно частями десятой и одиннадцатой и признать их утратившими силу; ж) часть девятую считать частью двенадцатой; з) часть десятую считать частью тринадцатой и в ней слова "и других услуг, оказываемых при осуществлении нотариальной деятельности" исключить</w:t>
      </w:r>
    </w:p>
    <w:p>
      <w:r>
        <w:t>в статье 221: а) в наименовании слово "нотариального" заменить словом "федерального"; б) абзац первый части первой изложить в следующей редакции: "1. Федеральный тариф за совершение указанных в настоящей статье действий взимается в следующих размерах:"; в) в части второй: в абзаце первом слово "нотариальный" заменить словом "федеральный"; абзац третий признать утратившим силу; в абзаце четвертом слова "плата за услуги правового и технического характера" заменить словами "региональный тариф"</w:t>
      </w:r>
    </w:p>
    <w:p>
      <w:r>
        <w:t>в части первой статьи 23 слова "и оказание услуг правового и технического характера" исключить</w:t>
      </w:r>
    </w:p>
    <w:p>
      <w:r>
        <w:t>в статье 25: а) в части второй слова "платы за оказание услуг правового и технического характера" заменить словами "региональных тарифов", слова "платы за оказание нотариусами услуг правового и технического характера" заменить словами "региональных тарифов"; б) в части шестой: в пункте 1 слова "платы за услуги правового и технического характера, установленной" заменить словами "регионального тарифа, установленного", слово "предусмотренной" заменить словом "предусмотренного"; в пункте 2 слова "платы за услуги правового и технического характера, установленной" заменить словами "регионального тарифа, установленного", слово "предусмотренной" заменить словом "предусмотренного"</w:t>
      </w:r>
    </w:p>
    <w:p>
      <w:r>
        <w:t>в части четвертой статьи 27 слово "нотариального" заменить словом "федерального"</w:t>
      </w:r>
    </w:p>
    <w:p>
      <w:r>
        <w:t>в статье 30: а) в части второй: абзацы семнадцатый и восемнадцатый изложить в следующей редакции: "разрабатывает формулу расчета экономически обоснованного предельного размера регионального тарифа и применяемые к региональным тарифам льготы, утверждаемые федеральным органом юстиции; ежегодно устанавливает предельные размеры региональных тарифов для каждого субъекта Российской Федерации в соответствии с формулой, утвержденной федеральным органом юстиции;"; в абзаце девятнадцатом слова "платы за оказание нотариусами услуг правового и технического характера" заменить словами "региональных тарифов"; б) в части четвертой слово "нотариального" заменить словом "федерального"; в) в части пятой слово "нотариального" заменить словом "федерального"; г) в абзаце первом части шестой слово "нотариального" заменить словом "федерального"</w:t>
      </w:r>
    </w:p>
    <w:p>
      <w:r>
        <w:t>в части пятой статьи 32 слово "нотариального" заменить словом "федерального"</w:t>
      </w:r>
    </w:p>
    <w:p>
      <w:r>
        <w:t>в пункте 9 части первой статьи 92 слово "нотариального" заменить словом "федерального"</w:t>
      </w:r>
    </w:p>
    <w:p>
      <w:r>
        <w:t>в статье 1031: а) в части пятой слово "нотариального" заменить словом "федерального", слова "плата за услуги технического и правового характера не взимается" заменить словами "оплата регионального тарифа не осуществляется"; б) в части седьмой слово "нотариального" заменить словом "федерального"</w:t>
      </w:r>
    </w:p>
    <w:p>
      <w:r>
        <w:t>в пункте 4 части седьмой статьи 1032 слово "нотариального" заменить словом "федерального"</w:t>
      </w:r>
    </w:p>
    <w:p>
      <w:r>
        <w:t>в части четвертой статьи 1037 слова "плата за услуги технического и правового характера не взимается" заменить словами "оплата регионального тарифа не осуществляется"</w:t>
      </w:r>
    </w:p>
    <w:p>
      <w:r>
        <w:t>в статье 10314: а) в части второй слова "плата за оказание нотариусом услуг правового и технического характера не взимается" заменить словами "оплата регионального тарифа не осуществляется"; б) в части третьей слова "плата за оказание нотариусом услуг правового и технического характера не взимается" заменить словами "оплата регионального тарифа не осуществляется"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