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декабря 1994 года № 69-ФЗ "О пожарной безопасности" (Собрание законодательства Российской Федерации, 1994, № 35, ст. 3649; 2004, № 35, ст. 3607; 2006, № 44, ст. 4537; 2007, № 43, ст. 5084; 2009, № 45, ст. 5265; № 48, ст. 5717; 2010, № 30, ст. 4004; 2011, № 1, ст. 54; № 30, ст. 4590; 2013, № 7, ст. 610; 2015, № 18, ст. 2621; № 29, ст. 4360; 2016, № 1, ст. 68; № 15, ст. 2066; № 26, ст. 3887; 2017, № 22, ст. 3069; 2020, № 52, ст. 8600; 2021, № 24, ст. 4186, 4188; 2022, № 29, ст. 5318) следующие изменения</w:t>
      </w:r>
    </w:p>
    <w:p>
      <w:r>
        <w:t>статью 1 дополнить абзацами следующего содержания: "оправданный риск - вероятность возникновения угрозы для жизни и здоровья личного состава пожарной охраны и (или) других лиц вследствие совершения правомерных необходимых и достаточных действий или бездействия в требующей незамедлительного реагирования личного состава пожарной охраны и иных участников тушения пожара ситуации, направленных на спасение жизни и здоровья людей в условиях тушения пожара и проведения аварийно-спасательных работ, если есть основания полагать, что такое спасение возможно; крайняя необходимость - состояние, при котором действие, причиняющее вред охраняемым законом интересам, совершено в целях устранения опасности, непосредственно угрожающей личности и правам личного состава пожарной охраны и (или) других лиц, охраняемым законом интересам общества или государства, если такая опасность не могла быть устранена иными средствами и при этом не было допущено превышения пределов крайней необходимости. Превышением пределов крайней необходимости признается причинение вреда, не соответствующего характеру и степени угрожавшей опасности и обстоятельствам, при которых опасность устранялась, когда охраняемым законом интересам общества или государства был причинен вред, равный предотвращенному или более значительный, чем предотвращенный."</w:t>
      </w:r>
    </w:p>
    <w:p>
      <w:r>
        <w:t>в статье 22: а) часть четырнадцатую изложить в следующей редакции: "Личный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 б) дополнить частью шестнадцатой следующего содержания: "Личный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w:t>
      </w:r>
    </w:p>
    <w:p>
      <w:r>
        <w:t>в статье 221: а) часть седьмую изложить в следующей редакции: "Лица, осуществлявшие тушение лесного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 б) дополнить частью восьмой следующего содержания: "Лица, осуществлявшие тушение лесного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лесного пожара или их гибель в соответствии с законодательством Российской Федерации."</w:t>
      </w:r>
    </w:p>
    <w:p>
      <w:r>
        <w:t>часть первую статьи 243 дополнить предложением следующего содержания: "При осуществлении деятельности по тушению пожаров в населенных пунктах, на производственных объектах и объектах инфраструктуры наряду с адресом филиала юридического лица может указываться адрес пожарного депо."</w:t>
      </w:r>
    </w:p>
    <w:p>
      <w:r>
        <w:rPr>
          <w:b/>
        </w:rPr>
        <w:t>Статья 2</w:t>
      </w:r>
    </w:p>
    <w:p>
      <w:r>
        <w:t>Внести в Федеральный закон от 6 мая 2011 года № 100-ФЗ "О добровольной пожарной охране" (Собрание законодательства Российской Федерации, 2011, № 19, ст. 2717; 2015, № 29, ст. 4360; 2017, № 9, ст. 1281) следующие изменения</w:t>
      </w:r>
    </w:p>
    <w:p>
      <w:r>
        <w:t>в пункте 7 статьи 3 слова "обоснованного риска" заменить словами "оправданного риска"</w:t>
      </w:r>
    </w:p>
    <w:p>
      <w:r>
        <w:t>в статье 22: а) часть 3 изложить в следующей редакции: "3. Личный состав добровольной пожарной охраны, участвовавший в тушении пожара и проведении аварийно-спасательных работ и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материального ущерба в соответствии с законодательством Российской Федерации."; б) дополнить частью 31 следующего содержания: "31. Личный состав добровольной пожарной охраны, участвовавший в тушении пожара и проведении аварийно-спасательных работ и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w:t>
      </w:r>
    </w:p>
    <w:p>
      <w:r>
        <w:rPr>
          <w:b/>
        </w:rPr>
        <w:t>Статья 3</w:t>
      </w:r>
    </w:p>
    <w:p>
      <w:r>
        <w:t>Статью 15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дополнить частями 6 и 7 следующего содержания: "6. Сотрудник федеральной противопожарной службы, привлекаемый к тушению пожаров и проведению аварийно-спасательных работ,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материального ущерба в соответствии с законодательством Российской Федерации.</w:t>
      </w:r>
    </w:p>
    <w:p>
      <w:r>
        <w:rPr>
          <w:b/>
        </w:rPr>
        <w:t xml:space="preserve">7. </w:t>
      </w:r>
      <w:r>
        <w:t>Сотрудник федеральной противопожарной службы, привлекаемый к тушению пожаров и проведению аварийно-спасательных работ,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