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 Федерального закона "О внесении изменений в Федеральный закон "О жилищных субсидиях гражданам, выезжающим из районов Крайнего Севера и приравненных к ним местностей"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