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46 Федерального закона "Об основах охраны здоровья граждан в Российской Федерации" и статью 23 Федерального закона "О безопасности дорожного движения"</w:t>
      </w:r>
    </w:p>
    <w:p>
      <w:r>
        <w:rPr>
          <w:b/>
        </w:rPr>
        <w:t>Статья 1</w:t>
      </w:r>
    </w:p>
    <w:p>
      <w:r>
        <w:t>Внести в статью 46 Федерального закона от 21 ноября 2011 года № 323-ФЗ "Об основах охраны здоровья граждан в Российской Федерации" (Собрание законодательства Российской Федерации, 2011, № 48, ст. 6724; 2013, № 48, ст. 6165; 2016, № 27, ст. 4219) следующие изменения: 1) часть 2 дополнить пунктом 41 следующего содержания: "41) медицинские осмотры в течение рабочего дня (смены), проводимые в целях выявления признаков воздействия вредных и (или) опасных производственных факторов рабочей среды и трудового процесса на состояние здоровья работников, острого профессионального заболевания или отравления, признаков алкогольного, наркотического или иного токсического опьянения;"; 2) дополнить частями 8 - 12 следующего содержания: "8. Порядки и периодичность проведения предварительных, периодических, предсменных, предрейсовых, послесменных, послерейсовых медицинских осмотров, медицинских осмотров в течение рабочего дня (смены), необходимость проведения которых установлена другими федеральными законами в отношении отдельных категорий работников, и перечень включаемых в них исследований утверждаются уполномоченным федеральным органом исполнительной власти, если иное не предусмотрено законодательством Российской Федерации.</w:t>
      </w:r>
    </w:p>
    <w:p>
      <w:r>
        <w:rPr>
          <w:b/>
        </w:rPr>
        <w:t xml:space="preserve">9. </w:t>
      </w:r>
      <w:r>
        <w:t>Допускается проведение медицинских осмотров, указанных в пунктах 4, 41 и 5 части 2 настоящей статьи, с использованием медицинских изделий, обеспечивающих автоматизированную дистанционную передачу информации о состоянии здоровья работников и дистанционный контроль состояния их здоровья. При проведении медицинских осмотров с использованием указанных медицинских изделий должна быть обеспечена идентификация личности работника, проходящего медицинский осмотр, исключающая прохождение медицинского осмотра иным лицом в соответствии с законодательством Российской Федерации</w:t>
      </w:r>
    </w:p>
    <w:p>
      <w:r>
        <w:rPr>
          <w:b/>
        </w:rPr>
        <w:t xml:space="preserve">10. </w:t>
      </w:r>
      <w:r>
        <w:t>Лица, организующие и проводящие медицинские осмотры, указанные в пунктах 4, 41 и 5 части 2 настоящей статьи, с использованием медицинских изделий, обеспечивающих автоматизированную дистанционную передачу информации о состоянии здоровья работников и дистанционный контроль состояния их здоровья, несут ответственность в соответствии с законодательством Российской Федерации за полноту и достоверность передаваемых данных</w:t>
      </w:r>
    </w:p>
    <w:p>
      <w:r>
        <w:rPr>
          <w:b/>
        </w:rPr>
        <w:t xml:space="preserve">11. </w:t>
      </w:r>
      <w:r>
        <w:t>В случае проведения медицинских осмотров, указанных в пунктах 4, 41 и 5 части 2 настоящей статьи, с использованием медицинских изделий, обеспечивающих автоматизированную дистанционную передачу информации о состоянии здоровья работников и дистанционный контроль состояния их здоровья, в отношении работника не менее двух раз в год проводятся в очной форме химико-токсикологические исследования наличия (отсутствия) в организме человека наркотических средств, психотропных веществ и их метаболитов</w:t>
      </w:r>
    </w:p>
    <w:p>
      <w:r>
        <w:rPr>
          <w:b/>
        </w:rPr>
        <w:t xml:space="preserve">12. </w:t>
      </w:r>
      <w:r>
        <w:t>Особенности проведения медицинских осмотров с использованием медицинских изделий, обеспечивающих автоматизированную дистанционную передачу информации о состоянии здоровья работников и дистанционный контроль состояния их здоровья, включая необходимость проведения визуального осмотра, требования к указанным медицинским изделиям, их поверке и программному обеспечению, позволяющему исключить возможность фальсификации данных медицинского осмотра, и обеспечению возможности формирования соответствующих реквизитов путевых листов, в том числе в форме электронного документа, требования к работникам, проводящим медицинский осмотр, а также правила проведения химико-токсикологических исследований наличия (отсутствия) в организме человека наркотических средств, психотропных веществ и их метаболитов в отношении работников, проходящих медицинский осмотр с использованием указанных медицинских изделий, устанавливаются Правительством Российской Федерации. Требования к идентификации личности работника, проходящего медицинский осмотр, требования к сбору, хранению и передаче персональных данных по защищенным каналам связи устанавливаются в соответствии с законодательством Российской Федерации в области персональных данных."</w:t>
      </w:r>
    </w:p>
    <w:p>
      <w:r>
        <w:rPr>
          <w:b/>
        </w:rPr>
        <w:t>Статья 2</w:t>
      </w:r>
    </w:p>
    <w:p>
      <w:r>
        <w:t>Внести в статью 23 Федерального закона от 10 декабря 1995 года № 196-ФЗ "О безопасности дорожного движения" (Собрание законодательства Российской Федерации, 1995, № 50, ст. 4873; 2013, № 52, ст. 7002; 2021, № 27, ст. 5159) следующие изменения</w:t>
      </w:r>
    </w:p>
    <w:p>
      <w:r>
        <w:t>в пункте 1: а) абзац пятый дополнить словами ", медицинские осмотры в течение рабочего дня (смены)"; б) дополнить абзацем следующего содержания: "проведение химико-токсикологических исследований наличия (отсутствия) в организме человека наркотических средств, психотропных веществ и их метаболитов."</w:t>
      </w:r>
    </w:p>
    <w:p>
      <w:r>
        <w:t>в пункте 3: а) абзац третий после слов "за исключением" дополнить словами "водителей транспортных средств воинских частей и подразделений федеральных органов исполнительной власти и федеральных государственных органов, в которых законодательством Российской Федерации предусмотрена военная служба или федеральная государственная служба, связанная с правоохранительной деятельностью, за которыми закреплены оперативно-служебные транспортные средства для выполнения служебных обязанностей, а также"; б) дополнить абзацами следующего содержания: "Обязательные медицинские осмотры в течение рабочего дня (смены) проводятся в течение всего времени работы лица в качестве водителя транспортного средства при необходимости по решению работодателя. Допускается проведение медицинских осмотров, указанных в абзацах третьем - пятом настоящего пункта, с использованием медицинских изделий, обеспечивающих автоматизированную дистанционную передачу информации о состоянии здоровья работников и дистанционный контроль состояния их здоровья, в соответствии с законодательством в сфере охраны здоровья, за исключением лиц, занятых на работах, связанных с организованной перевозкой групп детей или перевозкой опасных грузов, а также лиц, занятых на работах, связанных с регулярной перевозкой пассажиров в междугороднем сообщении по маршрутам, протяженность которых составляет 300 километров и более."</w:t>
      </w:r>
    </w:p>
    <w:p>
      <w:r>
        <w:t>в пункте 7: а) абзац пятый изложить в следующей редакции: "Обязательные предрейсовые, послерейсовые медицинские осмотры, медицинские осмотры в течение рабочего дня (смены) в отношении водителей транспортных средств проводятся либо привлекаемыми медицинскими работниками, либо в порядке и на условиях, которые предусмотрены частью 4 статьи 24 Федерального закона от 21 ноября 2011 года № 323-ФЗ "Об основах охраны здоровья граждан в Российской Федерации"."; б) дополнить абзацем следующего содержания: "Обязательные медицинские осмотры, указанные в пункте 3 настоящей статьи, проводятся в соответствии с законодательством в сфере охраны здоровья, если иное не предусмотрено федеральным законом."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сентября 2023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