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
        <w:rPr>
          <w:b/>
        </w:rPr>
        <w:t>Статья 1</w:t>
      </w:r>
    </w:p>
    <w:p>
      <w:r>
        <w:t>Внести в Федеральный закон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следующие изменения</w:t>
      </w:r>
    </w:p>
    <w:p>
      <w:r>
        <w:t>статью 17 дополнить частью 21 следующего содержания: "21. Председатель законодательного органа субъекта Российской Федерации осуществляет свои полномочия на профессиональной основе."</w:t>
      </w:r>
    </w:p>
    <w:p>
      <w:r>
        <w:t>в статье 19: а) часть 7 дополнить предложениями следующего содержания: "Депутат, осуществляющий свои полномочия без отрыва от основной деятельности,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 б) часть 13 изложить в следующей редакции: "13. Обеспечение доступа к информации о представляемых депутатами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выявленных комиссией, осуществляется в соответствии с федеральными законами, указами Президента Российской Федерации."; в) часть 14 изложить в следующей редакции: "14. Обобщенная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г) часть 21 дополнить пунктом 11 следующего содержания: "11) отсутствия депутата без уважительных причин на всех заседаниях законодательного органа субъекта Российской Федерации в течение шести месяцев подряд."</w:t>
      </w:r>
    </w:p>
    <w:p>
      <w:r>
        <w:t>часть 12 статьи 27 признать утратившей силу</w:t>
      </w:r>
    </w:p>
    <w:p>
      <w:r>
        <w:rPr>
          <w:b/>
        </w:rPr>
        <w:t>Статья 2</w:t>
      </w:r>
    </w:p>
    <w:p>
      <w:r>
        <w:t>Внести в статью 10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2011, № 48, ст. 6730; 2012, № 50, ст. 6954; 2013, № 19, ст. 2329; 2015, № 45, ст. 6204; 2020, № 52, ст. 8586) следующие изменения</w:t>
      </w:r>
    </w:p>
    <w:p>
      <w:r>
        <w:t>часть седьмую изложить в следующей редакции: "7. Обеспечение доступа к информации о представляемых сенатором Российской Федерации, депутатом Государственной Думы сведениях о доходах, расходах, об имуществе и обязательствах имущественного характера, к информации о представлении сенатором Российской Федерации, депутатом Государственной Думы заведомо недостоверных или неполных сведений о доходах, расходах, об имуществе и обязательствах имущественного характера, выявленных парламентской комиссией, осуществляется в порядке, определенном соответствующей палатой Федерального Собрания Российской Федерации."</w:t>
      </w:r>
    </w:p>
    <w:p>
      <w:r>
        <w:t>часть восьмую изложить в следующей редакции: "8. Обобщенная информация об исполнении (ненадлежащем исполнении) сенаторами Российской Федерации, депутатами Государственной Думы обязанности представить сведения о доходах, расходах, об имуществе и обязательствах имущественного характера размещается на официальном сайте соответственно Совета Федерации и Государственной Думы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определенном соответствующей палатой Федерального Собрания Российской Федерации."</w:t>
      </w:r>
    </w:p>
    <w:p>
      <w:r>
        <w:rPr>
          <w:b/>
        </w:rPr>
        <w:t>Статья 3</w:t>
      </w:r>
    </w:p>
    <w:p>
      <w:r>
        <w:t>(Статья утратила силу - Федеральный закон от 20.03.2025 № 33-ФЗ)</w:t>
      </w:r>
    </w:p>
    <w:p>
      <w:r>
        <w:rPr>
          <w:b/>
        </w:rPr>
        <w:t>Статья 4</w:t>
      </w:r>
    </w:p>
    <w:p>
      <w:r>
        <w:t>Внести в статью 121 Федерального закона от 25 декабря 2008 года № 273-ФЗ "О противодействии коррупции" (Собрание законодательства Российской Федерации, 2008, № 52, ст. 6228; 2011, № 48, ст. 6730; 2013, № 40, ст. 5031; 2014, № 52, ст. 7542; 2015, № 41, ст. 5639; № 45, ст. 6204; № 48, ст. 6720; 2017, № 15, ст. 2139; 2018, № 32, ст. 5100; № 45, ст. 6837; 2019, № 30, ст. 4153; № 51, ст. 7484; 2020, № 17, ст. 2721; 2023, № 1, ст. 38) следующие изменения</w:t>
      </w:r>
    </w:p>
    <w:p>
      <w:r>
        <w:t>дополнить частью 41-2 следующего содержания: "41-2.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части 4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
        <w:t>часть 42 изложить в следующей редакции: "42.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части 43 настоящей статьи не применяются."</w:t>
      </w:r>
    </w:p>
    <w:p>
      <w:r>
        <w:rPr>
          <w:b/>
        </w:rPr>
        <w:t>Статья 5</w:t>
      </w:r>
    </w:p>
    <w:p>
      <w:r>
        <w:rPr>
          <w:b/>
        </w:rPr>
        <w:t xml:space="preserve">1. </w:t>
      </w:r>
      <w:r>
        <w:t>Настоящий Федеральный закон вступает в силу с 1 марта 2023 года</w:t>
      </w:r>
    </w:p>
    <w:p>
      <w:r>
        <w:rPr>
          <w:b/>
        </w:rPr>
        <w:t xml:space="preserve">2. </w:t>
      </w:r>
      <w:r>
        <w:t>Положения части 21 статьи 17 Федерального закона от 21 декабря 2021 года № 414-ФЗ "Об общих принципах организации публичной власти в субъектах Российской Федерации" применяются в отношении председателя законодательного органа субъекта Российской Федерации, избранного после дня вступления в силу настоящего Федерального закона. В случае, если председатель законодательного органа субъекта Российской Федерации, вступивший в должность до дня вступления в силу настоящего Федерального закона, за исключением случая, предусмотренного частью 21 настоящей статьи, осуществляет свои полномочия без отрыва от основной деятельности (на непостоянной основе), он вправе осуществлять свои полномочия без отрыва от основной деятельности (на непостоянной основе) до прекращения исполнения им своих полномочий. (В редакции Федерального закона от 15.05.2024 № 99-ФЗ)</w:t>
      </w:r>
    </w:p>
    <w:p>
      <w:r>
        <w:rPr>
          <w:b/>
        </w:rPr>
        <w:t xml:space="preserve">21. </w:t>
      </w:r>
      <w:r>
        <w:t>Председатель законодательного органа субъекта Российской Федерации, избранный после дня вступления в силу настоящего Федерального закона и непосредственно перед избранием осуществлявший полномочия председателя законодательного органа соответствующего субъекта Российской Федерации без отрыва от основной деятельности (на непостоянной основе), вправе осуществлять такие полномочия без отрыва от основной деятельности (на непостоянной основе) в течение еще одного срока полномочий законодательного органа субъекта Российской Федерации, но не позднее 9 сентября 2029 года. (Дополнение частью - Федеральный закон от 15.05.2024 № 99-ФЗ)</w:t>
      </w:r>
    </w:p>
    <w:p>
      <w:r>
        <w:rPr>
          <w:b/>
        </w:rPr>
        <w:t xml:space="preserve">3. </w:t>
      </w:r>
      <w:r>
        <w:t>Действие положений пункта 11 части 21 статьи 19 Федерального закона от 21 декабря 2021 года № 414-ФЗ "Об общих принципах организации публичной власти в субъектах Российской Федерации" и положений части 103 статьи 40 Федерального закона от 6 октября 2003 года № 131-ФЗ "Об общих принципах организации местного самоуправления в Российской Федерации" не распространяется на правоотношения, возникшие до дня вступления в силу настоящего Федерального закона. Исчисление срока, предусмотренного пунктом 11 части 21 статьи 19 Федерального закона от 21 декабря 2021 года № 414-ФЗ "Об общих принципах организации публичной власти в субъектах Российской Федерации" или частью 103 статьи 40 Федерального закона от 6 октября 2003 года № 131-ФЗ "Об общих принципах организации местного самоуправления в Российской Федерации", начинается не ранее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