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№ 2 к Соглашению между Правительством Российской Федерации и Правительством Арабской Республики Египет о предоставлении Правительству Арабской Республики Египет государственного экспортного кредита от 9 ноября 2015 г.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