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1</w:t>
      </w:r>
    </w:p>
    <w:p>
      <w:r>
        <w:t>Внести в пункт 14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1223; № 27, ст. 3534, 3538; № 30, ст. 4152; № 31, ст. 4418, 4430; № 49, ст. 6953; № 51, ст. 7490; № 52, ст. 7798; 2020, № 9, ст. 1138; № 15, ст. 2239; № 29, ст. 4518; № 30, ст. 4738; № 31, ст. 5018; 2021, № 1, ст. 18, 75; № 9, ст. 1469; № 24, ст. 4183; № 27, ст. 5061, 5094, 5171, 5183; № 47, ст. 7739; № 52, ст. 8982; 2022, № 1, ст. 52; № 16, ст. 2613; № 27, ст. 4620; № 29, ст. 5298; 2023, № 1, ст. 16, 54) изменение, изложив его в следующей редакции: "14. Идентификация клиента - физического лица, представителя клиента, выгодоприобретателя и бенефициарного владельца, упрощенная идентификация клиента - физического лица не проводятся при осуществлении кредитными организациями, в том числе с привлечением банковских платежных агентов, перевода денежных средств без открытия банковского счета, в том числе электронных денежных средств, в пользу юридических лиц и индивидуальных предпринимателей в целях оплаты реализуемых товаров, выполняемых работ, оказываемых услуг, использования результатов интеллектуальной деятельности или средств индивидуализации, в пользу органов государственной власти и органов местного самоуправления, учреждений, находящихся в их ведении, получающих денежные средства плательщика в рамках выполнения ими функций, установленных законодательством Российской Федерации, при предоставлении клиентом - физическим лицом кредитной организации денежных средств в целях увеличения остатка электронных денежных средств, если сумма денежных средств не превышает 15 000 рублей либо сумму в иностранной валюте, эквивалентную 15 000 рублей, за исключением случаев, если у работников кредитной организации, банковских платежных агентов возникают подозрения, что указанная операция осуществляется в целях легализации (отмывания) доходов, полученных преступным путем, или финансирования терроризма, а также если получателем переводимых денежных средств является: физическое лицо; некоммерческая организация (кроме религиозных и благотворительных организаций, зарегистрированных в установленном порядке, товариществ собственников недвижимости (жилья), жилищных, жилищно-строительных кооперативов или иных специализированных потребительских кооперативов, региональных операторов, созданных в организационно-правовой форме фонда в соответствии с Жилищным кодексом Российской Федерации); организация, созданная за пределами территории Российской Федерации (за исключением случаев осуществления кредитными организациями перевода денежных средств за счет остатка электронных денежных средств клиента - физического лица в пользу организации, созданной за пределами территории Российской Федерации, в целях оплаты реализуемых товаров, выполняемых работ, оказываемых услуг, использования результатов интеллектуальной деятельности). При осуществлении кредитными организациями, в том числе с привлечением банковских платежных агентов, перевода денежных средств без открытия банковского счета, в том числе электронных денежных средств, в целях оплаты товаров (работ, услуг), включенных в определенный Правительством Российской Федерации перечень товаров (работ, услуг), в оплату которых платежный агент не вправе принимать платежи физических лиц, идентификация или упрощенная идентификация клиента - физического лица проводится независимо от суммы перевода с учетом положений пункта 111 настоящей статьи.".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