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25 декабря 2008 года № 273-ФЗ "О противодействии коррупции" (Собрание законодательства Российской Федерации, 2008, № 52, ст. 6228; 2011, № 48, ст. 6730; 2012, № 50, ст. 6954; № 53, ст. 7605; 2014, № 52, ст. 7542; 2015, № 41, ст. 5639; № 48, ст. 6720; 2016, № 27, ст. 4169; 2017, № 15, ст. 2139; 2018, № 24, ст. 3400; 2020, № 31, ст. 5018; 2022, № 1, ст. 40; 2023, № 1, ст. 16) следующие изменения</w:t>
      </w:r>
    </w:p>
    <w:p>
      <w:r>
        <w:t>в статье 8: а) в части 72 слова "гражданами, претендующими на замещение должностей главного финансового уполномоченного, руководителя службы обеспечения деятельности финансового уполномоченного, и лицами, замещающими данные должности" заменить словами "гражданином, претендующим на замещение должности главного финансового уполномоченного, и лицом, замещающим данную должность"; б) часть 73 после слова "услуг," дополнить словами "руководителя службы обеспечения деятельности финансового уполномоченного,"</w:t>
      </w:r>
    </w:p>
    <w:p>
      <w:r>
        <w:t>в статье 11: а) в части 2 слова "в порядке, определенном представителем нанимателя (работодателем) в соответствии с нормативными правовыми актами Российской Федерации," заменить словами "представителя нанимателя (работодателя), иное уполномоченное лицо, определенное настоящим Федеральным законом, другими нормативными правовыми актами Российской Федерации, нормативными актами Центрального банка Российской Федерации, в порядке, установленном нормативными правовыми актами Российской Федерации, нормативными актами Центрального банка Российской Федерации, государственных корпораций, публично-правовых компаний, Фонда пенсионного и социального страхования Российской Федерации, Федерального фонда обязательного медицинского страхования, иных организаций, создаваемых Российской Федерацией на основании федеральных законов,"; б) в части 3 слова "(работодатель), если ему" заменить словами ", работодатель, иное уполномоченное лицо, указанное в части 2 настоящей статьи, если им", слово "обязан" заменить словом "обязаны"</w:t>
      </w:r>
    </w:p>
    <w:p>
      <w:r>
        <w:rPr>
          <w:b/>
        </w:rPr>
        <w:t>Статья 2</w:t>
      </w:r>
    </w:p>
    <w:p>
      <w:r>
        <w:t>Внести в Федеральный закон от 3 декабря 2012 года № 230-ФЗ "О контроле за соответствием расходов лиц, замещающих государственные должности, и иных лиц их доходам" (Собрание законодательства Российской Федерации, 2012, № 50, ст. 6953; 2018, № 24, ст. 3400; № 32, ст. 5100; 2022, № 1, ст. 40; 2023, № 1, ст. 16) следующие изменения</w:t>
      </w:r>
    </w:p>
    <w:p>
      <w:r>
        <w:t>в статье 5: а) в части 1 слова "должности главного финансового уполномоченного, руководителя службы обеспечения деятельности финансового уполномоченного" заменить словами "должность главного финансового уполномоченного"; б) часть 4 после слова "услуг," дополнить словами "руководителя службы обеспечения деятельности финансового уполномоченного,"</w:t>
      </w:r>
    </w:p>
    <w:p>
      <w:r>
        <w:t>в статье 6: а) в части 1 слова "должности главного финансового уполномоченного, руководителя службы обеспечения деятельности финансового уполномоченного" заменить словами "должность главного финансового уполномоченного"; б) часть 4 после слова "услуг," дополнить словами "руководителя службы обеспечения деятельности финансового уполномоченного,"</w:t>
      </w:r>
    </w:p>
    <w:p>
      <w:r>
        <w:rPr>
          <w:b/>
        </w:rPr>
        <w:t>Статья 3</w:t>
      </w:r>
    </w:p>
    <w:p>
      <w:r>
        <w:t>Внести в Федеральный закон от 4 июня 2018 года № 123-ФЗ "Об уполномоченном по правам потребителей финансовых услуг" (Собрание законодательства Российской Федерации, 2018, № 24, ст. 3390; 2022, № 1, ст. 40) следующие изменения</w:t>
      </w:r>
    </w:p>
    <w:p>
      <w:r>
        <w:t>в статье 31: а) часть 1 после слова "услуг" дополнить словами ", руководителя службы обеспечения деятельности финансового уполномоченного"; б) часть 2 после слова "услуг" дополнить словами ", руководителем службы обеспечения деятельности финансового уполномоченного"; в) часть 3 после слова "услуг" дополнить словами ", руководителем службы обеспечения деятельности финансового уполномоченного"; г) в части 4: абзац первый после слова "услуг" дополнить словами ", руководителем службы обеспечения деятельности финансового уполномоченного"; пункт 1 после слова "услуг" дополнить словами ", руководителя службы обеспечения деятельности финансового уполномоченного"; пункт 2 после слова "услуг" дополнить словами ", руководителя службы обеспечения деятельности финансового уполномоченного"; пункт 3 после слова "услуг" дополнить словами ", руководителем службы обеспечения деятельности финансового уполномоченного"</w:t>
      </w:r>
    </w:p>
    <w:p>
      <w:r>
        <w:t>в статье 9: а) в части 2 второе предложение исключить; б) дополнить частью 21 следующего содержания: "21. Руководитель службы обеспечения деятельности финансового уполномоченного в порядке, устанавливаемом нормативными актами Банка России, обязан уведомлять Банк России о возникновении личной заинтересованности при исполнении должностных обязанностей, которая приводит или может привести к конфликту интересов. Уведомления руководителя службы обеспечения деятельности финансового уполномоченного о возникновении личной заинтересованности при исполнении должностных обязанностей, которая приводит или может привести к конфликту интересов, рассматриваются в порядке, устанавливаемом нормативными актами Банка России."; в) дополнить частью 22 следующего содержания: "22. Руководитель службы обеспечения деятельности финансового уполномоченного в порядке, устанавливаемом нормативными актами Банка России, обязан уведомлять Банк России обо всех случаях обращения к нему каких-либо лиц в целях склонения к совершению коррупционных правонарушений."</w:t>
      </w:r>
    </w:p>
    <w:p>
      <w:r>
        <w:rPr>
          <w:b/>
        </w:rPr>
        <w:t>Статья 4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